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5000" w:type="pct"/>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4A0" w:firstRow="1" w:lastRow="0" w:firstColumn="1" w:lastColumn="0" w:noHBand="0" w:noVBand="1"/>
      </w:tblPr>
      <w:tblGrid>
        <w:gridCol w:w="3817"/>
        <w:gridCol w:w="5533"/>
      </w:tblGrid>
      <w:tr w:rsidRPr="004428B9" w:rsidR="00FC7C09" w:rsidTr="002077F0" w14:paraId="102EE66B" w14:textId="77777777">
        <w:tc>
          <w:tcPr>
            <w:tcW w:w="2041" w:type="pct"/>
          </w:tcPr>
          <w:p w:rsidRPr="004428B9" w:rsidR="00FC7C09" w:rsidP="00FC7C09" w:rsidRDefault="00FC7C09" w14:paraId="51AF75D4" w14:textId="77777777">
            <w:pPr>
              <w:rPr>
                <w:noProof/>
              </w:rPr>
            </w:pPr>
            <w:r w:rsidRPr="004428B9">
              <w:rPr>
                <w:noProof/>
              </w:rPr>
              <w:drawing>
                <wp:inline distT="0" distB="0" distL="0" distR="0" wp14:anchorId="31CFE08B" wp14:editId="0EE5FEAE">
                  <wp:extent cx="1619250" cy="14573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9250" cy="1457325"/>
                          </a:xfrm>
                          <a:prstGeom prst="rect">
                            <a:avLst/>
                          </a:prstGeom>
                          <a:noFill/>
                          <a:ln>
                            <a:noFill/>
                          </a:ln>
                        </pic:spPr>
                      </pic:pic>
                    </a:graphicData>
                  </a:graphic>
                </wp:inline>
              </w:drawing>
            </w:r>
            <w:r w:rsidRPr="004428B9">
              <w:rPr>
                <w:noProof/>
              </w:rPr>
              <w:br/>
            </w:r>
          </w:p>
        </w:tc>
        <w:tc>
          <w:tcPr>
            <w:tcW w:w="2959" w:type="pct"/>
          </w:tcPr>
          <w:p w:rsidRPr="00FC7C09" w:rsidR="00FC7C09" w:rsidP="00FC7C09" w:rsidRDefault="00FC7C09" w14:paraId="53481A89" w14:textId="03A562C1">
            <w:pPr>
              <w:jc w:val="right"/>
              <w:rPr>
                <w:b/>
                <w:bCs/>
                <w:noProof/>
              </w:rPr>
            </w:pPr>
            <w:r w:rsidRPr="00FC7C09">
              <w:rPr>
                <w:b/>
                <w:bCs/>
                <w:noProof/>
              </w:rPr>
              <w:t>Programme Commmittee</w:t>
            </w:r>
          </w:p>
        </w:tc>
      </w:tr>
    </w:tbl>
    <w:p w:rsidR="00FC7C09" w:rsidP="00FC7C09" w:rsidRDefault="00FC7C09" w14:paraId="289D72A4" w14:textId="77777777">
      <w:pPr>
        <w:rPr>
          <w:b/>
          <w:bCs/>
          <w:noProof/>
        </w:rPr>
      </w:pPr>
    </w:p>
    <w:p w:rsidRPr="004428B9" w:rsidR="00FC7C09" w:rsidP="107C9BD2" w:rsidRDefault="00FC7C09" w14:paraId="724A58E1" w14:textId="4D810070">
      <w:pPr>
        <w:pStyle w:val="Heading1"/>
        <w:pBdr>
          <w:bottom w:val="single" w:color="FF000000" w:sz="4" w:space="1"/>
        </w:pBdr>
        <w:rPr>
          <w:noProof/>
        </w:rPr>
      </w:pPr>
      <w:r w:rsidRPr="107C9BD2" w:rsidR="495833C3">
        <w:rPr>
          <w:noProof/>
        </w:rPr>
        <w:t xml:space="preserve">Proposal </w:t>
      </w:r>
      <w:r w:rsidRPr="107C9BD2" w:rsidR="00FC7C09">
        <w:rPr>
          <w:noProof/>
        </w:rPr>
        <w:t>t</w:t>
      </w:r>
      <w:r w:rsidRPr="107C9BD2" w:rsidR="00FC7C09">
        <w:rPr>
          <w:noProof/>
        </w:rPr>
        <w:t>emplate form 2026</w:t>
      </w:r>
    </w:p>
    <w:p w:rsidR="00FC7C09" w:rsidP="00FC7C09" w:rsidRDefault="00FC7C09" w14:paraId="618F6D80" w14:textId="77777777">
      <w:pPr>
        <w:rPr>
          <w:rFonts w:cs="Calibri"/>
        </w:rPr>
      </w:pPr>
    </w:p>
    <w:p w:rsidRPr="00FC7C09" w:rsidR="00E40074" w:rsidP="00FC7C09" w:rsidRDefault="001B4671" w14:paraId="31613F6F" w14:textId="2C93A216">
      <w:pPr>
        <w:rPr>
          <w:b/>
          <w:bCs/>
        </w:rPr>
      </w:pPr>
      <w:r w:rsidRPr="00FC7C09">
        <w:rPr>
          <w:b/>
          <w:bCs/>
        </w:rPr>
        <w:t>T</w:t>
      </w:r>
      <w:r w:rsidRPr="00FC7C09" w:rsidR="00A87D9F">
        <w:rPr>
          <w:b/>
          <w:bCs/>
        </w:rPr>
        <w:t>his proposal template</w:t>
      </w:r>
      <w:r w:rsidRPr="00FC7C09" w:rsidR="00FD0C64">
        <w:rPr>
          <w:b/>
          <w:bCs/>
        </w:rPr>
        <w:t xml:space="preserve"> form</w:t>
      </w:r>
      <w:r w:rsidRPr="00FC7C09" w:rsidR="00A87D9F">
        <w:rPr>
          <w:b/>
          <w:bCs/>
        </w:rPr>
        <w:t xml:space="preserve"> </w:t>
      </w:r>
      <w:r w:rsidRPr="00FC7C09" w:rsidR="004853D7">
        <w:rPr>
          <w:b/>
          <w:bCs/>
        </w:rPr>
        <w:t>is provided for preparation purposes only.</w:t>
      </w:r>
      <w:r w:rsidRPr="00FC7C09" w:rsidR="00FC7C09">
        <w:rPr>
          <w:b/>
          <w:bCs/>
        </w:rPr>
        <w:t xml:space="preserve"> </w:t>
      </w:r>
      <w:r w:rsidRPr="00FC7C09" w:rsidR="00E40074">
        <w:rPr>
          <w:b/>
          <w:bCs/>
        </w:rPr>
        <w:t>Please note that Word document submissions will not be accepted.</w:t>
      </w:r>
    </w:p>
    <w:p w:rsidRPr="00FC7C09" w:rsidR="00FC7C09" w:rsidP="00FC7C09" w:rsidRDefault="00FC7C09" w14:paraId="78688B13" w14:textId="77777777">
      <w:r w:rsidRPr="00FC7C09">
        <w:t>All proposals must be submitted via the </w:t>
      </w:r>
      <w:hyperlink w:history="1" r:id="rId12">
        <w:r w:rsidRPr="00FC7C09">
          <w:rPr>
            <w:rStyle w:val="Hyperlink"/>
          </w:rPr>
          <w:t>RSE’s onl</w:t>
        </w:r>
        <w:r w:rsidRPr="00FC7C09">
          <w:rPr>
            <w:rStyle w:val="Hyperlink"/>
          </w:rPr>
          <w:t>i</w:t>
        </w:r>
        <w:r w:rsidRPr="00FC7C09">
          <w:rPr>
            <w:rStyle w:val="Hyperlink"/>
          </w:rPr>
          <w:t>ne application form</w:t>
        </w:r>
      </w:hyperlink>
      <w:r w:rsidRPr="00FC7C09">
        <w:t>. Submissions should be completed by </w:t>
      </w:r>
      <w:r w:rsidRPr="00FC7C09">
        <w:rPr>
          <w:b/>
          <w:bCs/>
        </w:rPr>
        <w:t>one</w:t>
      </w:r>
      <w:r w:rsidRPr="00FC7C09">
        <w:t xml:space="preserve"> </w:t>
      </w:r>
      <w:r w:rsidRPr="00FC7C09">
        <w:rPr>
          <w:b/>
          <w:bCs/>
        </w:rPr>
        <w:t>proposer</w:t>
      </w:r>
      <w:r w:rsidRPr="00FC7C09">
        <w:t xml:space="preserve"> </w:t>
      </w:r>
      <w:r w:rsidRPr="00FC7C09">
        <w:rPr>
          <w:b/>
          <w:bCs/>
        </w:rPr>
        <w:t>only</w:t>
      </w:r>
      <w:r w:rsidRPr="00FC7C09">
        <w:t xml:space="preserve">. Once your proposal has been submitted through </w:t>
      </w:r>
      <w:proofErr w:type="spellStart"/>
      <w:r w:rsidRPr="00FC7C09">
        <w:t>CiviCRM</w:t>
      </w:r>
      <w:proofErr w:type="spellEnd"/>
      <w:r w:rsidRPr="00FC7C09">
        <w:t>, you will receive an email confirmation.</w:t>
      </w:r>
    </w:p>
    <w:p w:rsidRPr="00FC7C09" w:rsidR="00342FBF" w:rsidP="00FC7C09" w:rsidRDefault="009A413A" w14:paraId="1471D093" w14:textId="62D3E62D">
      <w:r w:rsidRPr="00FC7C09">
        <w:t>Before completing your application, p</w:t>
      </w:r>
      <w:r w:rsidRPr="00FC7C09" w:rsidR="00342FBF">
        <w:t xml:space="preserve">lease read the </w:t>
      </w:r>
      <w:hyperlink w:history="1" r:id="rId13">
        <w:r w:rsidR="00FC7C09">
          <w:rPr>
            <w:rStyle w:val="Hyperlink"/>
          </w:rPr>
          <w:t>g</w:t>
        </w:r>
        <w:r w:rsidRPr="00FC7C09" w:rsidR="00342FBF">
          <w:rPr>
            <w:rStyle w:val="Hyperlink"/>
          </w:rPr>
          <w:t>uidance</w:t>
        </w:r>
      </w:hyperlink>
      <w:r w:rsidRPr="00FC7C09" w:rsidR="00342FBF">
        <w:t xml:space="preserve"> </w:t>
      </w:r>
      <w:r w:rsidRPr="00FC7C09">
        <w:t xml:space="preserve">carefully to ensure your proposal is </w:t>
      </w:r>
      <w:r w:rsidRPr="00FC7C09" w:rsidR="001D1BCE">
        <w:t>successfully completed.</w:t>
      </w:r>
    </w:p>
    <w:p w:rsidRPr="00FC7C09" w:rsidR="004C02F0" w:rsidP="00FC7C09" w:rsidRDefault="004C02F0" w14:paraId="712F43C4" w14:textId="00DE17AE">
      <w:r w:rsidRPr="00FC7C09">
        <w:t>If you need assistance completing the form or have any questions about the application process</w:t>
      </w:r>
      <w:r w:rsidRPr="00FC7C09" w:rsidR="00601EDB">
        <w:t xml:space="preserve"> on </w:t>
      </w:r>
      <w:proofErr w:type="spellStart"/>
      <w:r w:rsidRPr="00FC7C09" w:rsidR="00601EDB">
        <w:t>CiviCRM</w:t>
      </w:r>
      <w:proofErr w:type="spellEnd"/>
      <w:r w:rsidRPr="00FC7C09">
        <w:t xml:space="preserve">, </w:t>
      </w:r>
      <w:r w:rsidRPr="00FC7C09" w:rsidR="001D1BCE">
        <w:t xml:space="preserve">please </w:t>
      </w:r>
      <w:r w:rsidRPr="00FC7C09">
        <w:t xml:space="preserve">contact: </w:t>
      </w:r>
      <w:hyperlink w:history="1" r:id="rId14">
        <w:r w:rsidRPr="00FC7C09">
          <w:rPr>
            <w:rStyle w:val="Hyperlink"/>
          </w:rPr>
          <w:t>programmes@therse.org.uk</w:t>
        </w:r>
      </w:hyperlink>
      <w:r w:rsidRPr="00FC7C09">
        <w:t>.  </w:t>
      </w:r>
    </w:p>
    <w:p w:rsidR="004C02F0" w:rsidP="00FC7C09" w:rsidRDefault="004C02F0" w14:paraId="6B968F22" w14:textId="2E646812">
      <w:r w:rsidRPr="00FC7C09">
        <w:t xml:space="preserve">Data Storage: All personal data provided will be stored and processed in accordance with the </w:t>
      </w:r>
      <w:hyperlink w:history="1" r:id="rId15">
        <w:r w:rsidRPr="00FC7C09">
          <w:rPr>
            <w:rStyle w:val="Hyperlink"/>
          </w:rPr>
          <w:t>RSE’s </w:t>
        </w:r>
        <w:r w:rsidR="00FC7C09">
          <w:rPr>
            <w:rStyle w:val="Hyperlink"/>
          </w:rPr>
          <w:t>p</w:t>
        </w:r>
        <w:r w:rsidRPr="00FC7C09">
          <w:rPr>
            <w:rStyle w:val="Hyperlink"/>
          </w:rPr>
          <w:t xml:space="preserve">rivacy </w:t>
        </w:r>
        <w:r w:rsidR="00FC7C09">
          <w:rPr>
            <w:rStyle w:val="Hyperlink"/>
          </w:rPr>
          <w:t>p</w:t>
        </w:r>
        <w:r w:rsidRPr="00FC7C09">
          <w:rPr>
            <w:rStyle w:val="Hyperlink"/>
          </w:rPr>
          <w:t>olicy</w:t>
        </w:r>
      </w:hyperlink>
      <w:r w:rsidRPr="00FC7C09">
        <w:t xml:space="preserve">. Information submitted will be shared with the RSE Programme Committee for the purposes of assessing applications.  </w:t>
      </w:r>
    </w:p>
    <w:p w:rsidR="00FC7C09" w:rsidP="00FC7C09" w:rsidRDefault="00FC7C09" w14:paraId="5E8E73B1" w14:textId="77777777"/>
    <w:p w:rsidRPr="00666D93" w:rsidR="00E24683" w:rsidP="00FC7C09" w:rsidRDefault="0075506B" w14:paraId="256D1560" w14:textId="49981CD2">
      <w:pPr>
        <w:pStyle w:val="Heading2"/>
      </w:pPr>
      <w:r w:rsidRPr="00666D93">
        <w:t>1. Title</w:t>
      </w:r>
    </w:p>
    <w:p w:rsidRPr="00666D93" w:rsidR="00E24683" w:rsidP="00FC7C09" w:rsidRDefault="00E24683" w14:paraId="64D9BC98" w14:textId="0D8E48A7"/>
    <w:p w:rsidRPr="00FC7C09" w:rsidR="00E24683" w:rsidP="00FC7C09" w:rsidRDefault="0075506B" w14:paraId="10250051" w14:textId="77777777">
      <w:pPr>
        <w:pStyle w:val="Heading2"/>
      </w:pPr>
      <w:r w:rsidRPr="00FC7C09">
        <w:t>2. First name</w:t>
      </w:r>
    </w:p>
    <w:p w:rsidRPr="00666D93" w:rsidR="00E24683" w:rsidP="00FC7C09" w:rsidRDefault="00E24683" w14:paraId="7689E8E2" w14:textId="77777777">
      <w:pPr>
        <w:rPr>
          <w:rFonts w:ascii="Roboto Light" w:hAnsi="Roboto Light"/>
        </w:rPr>
      </w:pPr>
    </w:p>
    <w:p w:rsidRPr="00FC7C09" w:rsidR="00E24683" w:rsidP="00FC7C09" w:rsidRDefault="0075506B" w14:paraId="23B80E8E" w14:textId="77777777">
      <w:pPr>
        <w:pStyle w:val="Heading2"/>
      </w:pPr>
      <w:r w:rsidRPr="00FC7C09">
        <w:t>3. Last name</w:t>
      </w:r>
    </w:p>
    <w:p w:rsidRPr="00666D93" w:rsidR="00E24683" w:rsidP="00FC7C09" w:rsidRDefault="00E24683" w14:paraId="67131927" w14:textId="77777777">
      <w:pPr>
        <w:rPr>
          <w:rFonts w:ascii="Roboto Light" w:hAnsi="Roboto Light"/>
        </w:rPr>
      </w:pPr>
    </w:p>
    <w:p w:rsidRPr="00FC7C09" w:rsidR="00E24683" w:rsidP="00FC7C09" w:rsidRDefault="0075506B" w14:paraId="62B8D684" w14:textId="77777777">
      <w:pPr>
        <w:pStyle w:val="Heading2"/>
      </w:pPr>
      <w:r w:rsidRPr="00FC7C09">
        <w:t>4. Organisation</w:t>
      </w:r>
    </w:p>
    <w:p w:rsidRPr="00666D93" w:rsidR="00E24683" w:rsidP="00FC7C09" w:rsidRDefault="00E24683" w14:paraId="680A6EA0" w14:textId="77777777">
      <w:pPr>
        <w:rPr>
          <w:rFonts w:ascii="Roboto Light" w:hAnsi="Roboto Light"/>
        </w:rPr>
      </w:pPr>
    </w:p>
    <w:p w:rsidRPr="00FC7C09" w:rsidR="00E24683" w:rsidP="00FC7C09" w:rsidRDefault="0075506B" w14:paraId="7342E6CF" w14:textId="77777777">
      <w:pPr>
        <w:pStyle w:val="Heading2"/>
      </w:pPr>
      <w:r w:rsidRPr="00FC7C09">
        <w:lastRenderedPageBreak/>
        <w:t>5. Email address</w:t>
      </w:r>
    </w:p>
    <w:p w:rsidRPr="00666D93" w:rsidR="00E24683" w:rsidP="00FC7C09" w:rsidRDefault="00E24683" w14:paraId="689D889C" w14:textId="77777777">
      <w:pPr>
        <w:rPr>
          <w:rFonts w:ascii="Roboto Light" w:hAnsi="Roboto Light"/>
        </w:rPr>
      </w:pPr>
    </w:p>
    <w:p w:rsidRPr="00FC7C09" w:rsidR="00E24683" w:rsidP="00FC7C09" w:rsidRDefault="0075506B" w14:paraId="7E8EBAC9" w14:textId="19A9F54A">
      <w:pPr>
        <w:pStyle w:val="Heading2"/>
      </w:pPr>
      <w:r w:rsidRPr="00FC7C09">
        <w:t>6. Please let us know if you are a:</w:t>
      </w:r>
    </w:p>
    <w:p w:rsidR="004C02F0" w:rsidP="00FC7C09" w:rsidRDefault="00000000" w14:paraId="67834C0D" w14:textId="785D1500">
      <w:sdt>
        <w:sdtPr>
          <w:rPr>
            <w:rFonts w:ascii="Segoe UI Symbol" w:hAnsi="Segoe UI Symbol" w:cs="Segoe UI Symbol"/>
          </w:rPr>
          <w:id w:val="1140695992"/>
          <w14:checkbox>
            <w14:checked w14:val="0"/>
            <w14:checkedState w14:val="2612" w14:font="MS Gothic"/>
            <w14:uncheckedState w14:val="2610" w14:font="MS Gothic"/>
          </w14:checkbox>
        </w:sdtPr>
        <w:sdtContent>
          <w:r w:rsidRPr="00666D93" w:rsidR="0069293B">
            <w:rPr>
              <w:rFonts w:ascii="MS Gothic" w:hAnsi="MS Gothic" w:eastAsia="MS Gothic" w:cs="Segoe UI Symbol"/>
            </w:rPr>
            <w:t>☐</w:t>
          </w:r>
        </w:sdtContent>
      </w:sdt>
      <w:r w:rsidRPr="00666D93" w:rsidR="0075506B">
        <w:t xml:space="preserve"> RSE Fellow</w:t>
      </w:r>
      <w:r w:rsidRPr="00666D93" w:rsidR="0069293B">
        <w:br/>
      </w:r>
      <w:sdt>
        <w:sdtPr>
          <w:rPr>
            <w:rFonts w:ascii="Segoe UI Symbol" w:hAnsi="Segoe UI Symbol" w:cs="Segoe UI Symbol"/>
          </w:rPr>
          <w:id w:val="1048415820"/>
          <w14:checkbox>
            <w14:checked w14:val="0"/>
            <w14:checkedState w14:val="2612" w14:font="MS Gothic"/>
            <w14:uncheckedState w14:val="2610" w14:font="MS Gothic"/>
          </w14:checkbox>
        </w:sdtPr>
        <w:sdtContent>
          <w:r w:rsidRPr="00666D93" w:rsidR="0069293B">
            <w:rPr>
              <w:rFonts w:ascii="MS Gothic" w:hAnsi="MS Gothic" w:eastAsia="MS Gothic" w:cs="Segoe UI Symbol"/>
            </w:rPr>
            <w:t>☐</w:t>
          </w:r>
        </w:sdtContent>
      </w:sdt>
      <w:r w:rsidRPr="00666D93" w:rsidR="0075506B">
        <w:t xml:space="preserve"> Member/Alumnus of YAS</w:t>
      </w:r>
      <w:r w:rsidRPr="00666D93" w:rsidR="0069293B">
        <w:br/>
      </w:r>
      <w:sdt>
        <w:sdtPr>
          <w:rPr>
            <w:rFonts w:ascii="Segoe UI Symbol" w:hAnsi="Segoe UI Symbol" w:cs="Segoe UI Symbol"/>
          </w:rPr>
          <w:id w:val="634606717"/>
          <w14:checkbox>
            <w14:checked w14:val="0"/>
            <w14:checkedState w14:val="2612" w14:font="MS Gothic"/>
            <w14:uncheckedState w14:val="2610" w14:font="MS Gothic"/>
          </w14:checkbox>
        </w:sdtPr>
        <w:sdtContent>
          <w:r w:rsidRPr="00666D93" w:rsidR="0069293B">
            <w:rPr>
              <w:rFonts w:ascii="MS Gothic" w:hAnsi="MS Gothic" w:eastAsia="MS Gothic" w:cs="Segoe UI Symbol"/>
            </w:rPr>
            <w:t>☐</w:t>
          </w:r>
        </w:sdtContent>
      </w:sdt>
      <w:r w:rsidRPr="00666D93" w:rsidR="0075506B">
        <w:t xml:space="preserve"> RSE Awardee</w:t>
      </w:r>
      <w:r w:rsidRPr="00666D93" w:rsidR="0069293B">
        <w:br/>
      </w:r>
      <w:sdt>
        <w:sdtPr>
          <w:rPr>
            <w:rFonts w:ascii="Segoe UI Symbol" w:hAnsi="Segoe UI Symbol" w:cs="Segoe UI Symbol"/>
          </w:rPr>
          <w:id w:val="2041086319"/>
          <w14:checkbox>
            <w14:checked w14:val="0"/>
            <w14:checkedState w14:val="2612" w14:font="MS Gothic"/>
            <w14:uncheckedState w14:val="2610" w14:font="MS Gothic"/>
          </w14:checkbox>
        </w:sdtPr>
        <w:sdtContent>
          <w:r w:rsidRPr="00666D93" w:rsidR="604C9EFB">
            <w:rPr>
              <w:rFonts w:ascii="MS Gothic" w:hAnsi="MS Gothic" w:eastAsia="MS Gothic" w:cs="MS Gothic"/>
            </w:rPr>
            <w:t>☐</w:t>
          </w:r>
        </w:sdtContent>
      </w:sdt>
      <w:r w:rsidRPr="00666D93" w:rsidR="0075506B">
        <w:t xml:space="preserve"> None of the above</w:t>
      </w:r>
    </w:p>
    <w:p w:rsidR="00FC7C09" w:rsidP="00FC7C09" w:rsidRDefault="00FC7C09" w14:paraId="6355CF73" w14:textId="77777777"/>
    <w:p w:rsidRPr="00FC7C09" w:rsidR="00E24683" w:rsidP="00FC7C09" w:rsidRDefault="0075506B" w14:paraId="61A7E174" w14:textId="77777777">
      <w:pPr>
        <w:pStyle w:val="Heading2"/>
      </w:pPr>
      <w:r w:rsidRPr="00FC7C09">
        <w:t>7. Activity name/proposed title</w:t>
      </w:r>
    </w:p>
    <w:p w:rsidRPr="00666D93" w:rsidR="004C02F0" w:rsidP="00FC7C09" w:rsidRDefault="004C02F0" w14:paraId="1CE0FB66" w14:textId="77777777">
      <w:pPr>
        <w:rPr>
          <w:rFonts w:ascii="Roboto Light" w:hAnsi="Roboto Light"/>
        </w:rPr>
      </w:pPr>
    </w:p>
    <w:p w:rsidRPr="00FC7C09" w:rsidR="00E24683" w:rsidP="00FC7C09" w:rsidRDefault="0075506B" w14:paraId="702717FB" w14:textId="03CA3EB1">
      <w:pPr>
        <w:pStyle w:val="Heading2"/>
      </w:pPr>
      <w:r w:rsidRPr="00FC7C09">
        <w:t>8. Does your proposal fall into any of these categories:</w:t>
      </w:r>
    </w:p>
    <w:p w:rsidR="000907CF" w:rsidP="00FC7C09" w:rsidRDefault="000907CF" w14:paraId="1853A85A" w14:textId="1CD35415">
      <w:pPr>
        <w:pStyle w:val="NoSpacing"/>
      </w:pPr>
      <w:r w:rsidRPr="107C9BD2" w:rsidR="000907CF">
        <w:rPr>
          <w:lang w:val="en-GB"/>
        </w:rPr>
        <w:t xml:space="preserve">Community of Interest: </w:t>
      </w:r>
      <w:r w:rsidRPr="107C9BD2" w:rsidR="00E8686D">
        <w:rPr>
          <w:lang w:val="en-GB"/>
        </w:rPr>
        <w:t xml:space="preserve">a member-led RSE group established to explore a defined topic within the Society’s remit that is not currently addressed by an existing Committee or </w:t>
      </w:r>
      <w:r w:rsidRPr="107C9BD2" w:rsidR="00FC7C09">
        <w:rPr>
          <w:lang w:val="en-GB"/>
        </w:rPr>
        <w:t>Community of Interest</w:t>
      </w:r>
      <w:r w:rsidRPr="107C9BD2" w:rsidR="00E8686D">
        <w:rPr>
          <w:lang w:val="en-GB"/>
        </w:rPr>
        <w:t xml:space="preserve">. </w:t>
      </w:r>
      <w:r w:rsidRPr="107C9BD2" w:rsidR="00FC7C09">
        <w:rPr>
          <w:lang w:val="en-GB"/>
        </w:rPr>
        <w:t>Community of Interest</w:t>
      </w:r>
      <w:r w:rsidRPr="107C9BD2" w:rsidR="00FC7C09">
        <w:rPr>
          <w:lang w:val="en-GB"/>
        </w:rPr>
        <w:t xml:space="preserve">s </w:t>
      </w:r>
      <w:r w:rsidRPr="107C9BD2" w:rsidR="0002571D">
        <w:rPr>
          <w:lang w:val="en-GB"/>
        </w:rPr>
        <w:t xml:space="preserve">are open to eligible Fellow and YAS members with relevant expertise and interest in the subject area. External participants can also be invited where they enhance the </w:t>
      </w:r>
      <w:r w:rsidRPr="107C9BD2" w:rsidR="00FC7C09">
        <w:rPr>
          <w:lang w:val="en-GB"/>
        </w:rPr>
        <w:t>Community of Interest</w:t>
      </w:r>
      <w:r w:rsidRPr="107C9BD2" w:rsidR="00FC7C09">
        <w:rPr>
          <w:lang w:val="en-GB"/>
        </w:rPr>
        <w:t xml:space="preserve">’s </w:t>
      </w:r>
      <w:r w:rsidRPr="107C9BD2" w:rsidR="0002571D">
        <w:rPr>
          <w:lang w:val="en-GB"/>
        </w:rPr>
        <w:t>expertise and overall impact</w:t>
      </w:r>
      <w:r w:rsidRPr="107C9BD2" w:rsidR="0060460B">
        <w:rPr>
          <w:lang w:val="en-GB"/>
        </w:rPr>
        <w:t>.</w:t>
      </w:r>
    </w:p>
    <w:p w:rsidR="005731E5" w:rsidP="00FC7C09" w:rsidRDefault="005731E5" w14:paraId="2474B430" w14:textId="77777777">
      <w:pPr>
        <w:pStyle w:val="NoSpacing"/>
      </w:pPr>
    </w:p>
    <w:p w:rsidRPr="00666D93" w:rsidR="004C02F0" w:rsidP="00FC7C09" w:rsidRDefault="00000000" w14:paraId="0EC022AA" w14:textId="5420996E">
      <w:sdt>
        <w:sdtPr>
          <w:rPr>
            <w:rFonts w:ascii="Segoe UI Symbol" w:hAnsi="Segoe UI Symbol" w:cs="Segoe UI Symbol"/>
          </w:rPr>
          <w:id w:val="-1498497527"/>
          <w14:checkbox>
            <w14:checked w14:val="0"/>
            <w14:checkedState w14:val="2612" w14:font="MS Gothic"/>
            <w14:uncheckedState w14:val="2610" w14:font="MS Gothic"/>
          </w14:checkbox>
        </w:sdtPr>
        <w:sdtContent>
          <w:r w:rsidR="00FC7C09">
            <w:rPr>
              <w:rFonts w:hint="eastAsia" w:ascii="MS Gothic" w:hAnsi="MS Gothic" w:eastAsia="MS Gothic" w:cs="Segoe UI Symbol"/>
            </w:rPr>
            <w:t>☐</w:t>
          </w:r>
        </w:sdtContent>
      </w:sdt>
      <w:r w:rsidRPr="00666D93" w:rsidR="0075506B">
        <w:t xml:space="preserve"> Event or conference</w:t>
      </w:r>
      <w:r w:rsidRPr="00666D93" w:rsidR="0075506B">
        <w:br/>
      </w:r>
      <w:sdt>
        <w:sdtPr>
          <w:rPr>
            <w:rFonts w:ascii="Segoe UI Symbol" w:hAnsi="Segoe UI Symbol" w:cs="Segoe UI Symbol"/>
          </w:rPr>
          <w:id w:val="1905327316"/>
          <w14:checkbox>
            <w14:checked w14:val="0"/>
            <w14:checkedState w14:val="2612" w14:font="MS Gothic"/>
            <w14:uncheckedState w14:val="2610" w14:font="MS Gothic"/>
          </w14:checkbox>
        </w:sdtPr>
        <w:sdtContent>
          <w:r w:rsidRPr="00666D93" w:rsidR="002557EB">
            <w:rPr>
              <w:rFonts w:hint="eastAsia" w:ascii="MS Gothic" w:hAnsi="MS Gothic" w:eastAsia="MS Gothic" w:cs="Segoe UI Symbol"/>
            </w:rPr>
            <w:t>☐</w:t>
          </w:r>
        </w:sdtContent>
      </w:sdt>
      <w:r w:rsidRPr="00666D93" w:rsidR="0075506B">
        <w:t xml:space="preserve"> Reception</w:t>
      </w:r>
      <w:r w:rsidRPr="00666D93" w:rsidR="0075506B">
        <w:br/>
      </w:r>
      <w:sdt>
        <w:sdtPr>
          <w:rPr>
            <w:rFonts w:ascii="Segoe UI Symbol" w:hAnsi="Segoe UI Symbol" w:cs="Segoe UI Symbol"/>
          </w:rPr>
          <w:id w:val="-1287196634"/>
          <w14:checkbox>
            <w14:checked w14:val="0"/>
            <w14:checkedState w14:val="2612" w14:font="MS Gothic"/>
            <w14:uncheckedState w14:val="2610" w14:font="MS Gothic"/>
          </w14:checkbox>
        </w:sdtPr>
        <w:sdtContent>
          <w:r w:rsidRPr="00666D93" w:rsidR="002557EB">
            <w:rPr>
              <w:rFonts w:hint="eastAsia" w:ascii="MS Gothic" w:hAnsi="MS Gothic" w:eastAsia="MS Gothic" w:cs="Segoe UI Symbol"/>
            </w:rPr>
            <w:t>☐</w:t>
          </w:r>
        </w:sdtContent>
      </w:sdt>
      <w:r w:rsidRPr="00666D93" w:rsidR="0075506B">
        <w:t xml:space="preserve"> Policy paper</w:t>
      </w:r>
      <w:r w:rsidRPr="00666D93" w:rsidR="0075506B">
        <w:br/>
      </w:r>
      <w:sdt>
        <w:sdtPr>
          <w:rPr>
            <w:rFonts w:ascii="Segoe UI Symbol" w:hAnsi="Segoe UI Symbol" w:cs="Segoe UI Symbol"/>
          </w:rPr>
          <w:id w:val="1984656224"/>
          <w14:checkbox>
            <w14:checked w14:val="0"/>
            <w14:checkedState w14:val="2612" w14:font="MS Gothic"/>
            <w14:uncheckedState w14:val="2610" w14:font="MS Gothic"/>
          </w14:checkbox>
        </w:sdtPr>
        <w:sdtContent>
          <w:r w:rsidRPr="00666D93" w:rsidR="002557EB">
            <w:rPr>
              <w:rFonts w:hint="eastAsia" w:ascii="MS Gothic" w:hAnsi="MS Gothic" w:eastAsia="MS Gothic" w:cs="Segoe UI Symbol"/>
            </w:rPr>
            <w:t>☐</w:t>
          </w:r>
        </w:sdtContent>
      </w:sdt>
      <w:r w:rsidRPr="00666D93" w:rsidR="0075506B">
        <w:t xml:space="preserve"> Inquiry</w:t>
      </w:r>
      <w:r w:rsidRPr="00666D93" w:rsidR="0075506B">
        <w:br/>
      </w:r>
      <w:sdt>
        <w:sdtPr>
          <w:rPr>
            <w:rFonts w:ascii="Segoe UI Symbol" w:hAnsi="Segoe UI Symbol" w:cs="Segoe UI Symbol"/>
          </w:rPr>
          <w:id w:val="-135496121"/>
          <w14:checkbox>
            <w14:checked w14:val="0"/>
            <w14:checkedState w14:val="2612" w14:font="MS Gothic"/>
            <w14:uncheckedState w14:val="2610" w14:font="MS Gothic"/>
          </w14:checkbox>
        </w:sdtPr>
        <w:sdtContent>
          <w:r w:rsidRPr="00666D93" w:rsidR="002557EB">
            <w:rPr>
              <w:rFonts w:hint="eastAsia" w:ascii="MS Gothic" w:hAnsi="MS Gothic" w:eastAsia="MS Gothic" w:cs="Segoe UI Symbol"/>
            </w:rPr>
            <w:t>☐</w:t>
          </w:r>
        </w:sdtContent>
      </w:sdt>
      <w:r w:rsidRPr="00666D93" w:rsidR="0075506B">
        <w:t xml:space="preserve"> Workshop</w:t>
      </w:r>
      <w:r w:rsidRPr="00666D93" w:rsidR="0075506B">
        <w:br/>
      </w:r>
      <w:sdt>
        <w:sdtPr>
          <w:rPr>
            <w:rFonts w:ascii="Segoe UI Symbol" w:hAnsi="Segoe UI Symbol" w:cs="Segoe UI Symbol"/>
          </w:rPr>
          <w:id w:val="245539960"/>
          <w14:checkbox>
            <w14:checked w14:val="0"/>
            <w14:checkedState w14:val="2612" w14:font="MS Gothic"/>
            <w14:uncheckedState w14:val="2610" w14:font="MS Gothic"/>
          </w14:checkbox>
        </w:sdtPr>
        <w:sdtContent>
          <w:r w:rsidRPr="00666D93" w:rsidR="002557EB">
            <w:rPr>
              <w:rFonts w:hint="eastAsia" w:ascii="MS Gothic" w:hAnsi="MS Gothic" w:eastAsia="MS Gothic" w:cs="Segoe UI Symbol"/>
            </w:rPr>
            <w:t>☐</w:t>
          </w:r>
        </w:sdtContent>
      </w:sdt>
      <w:r w:rsidRPr="00666D93" w:rsidR="0075506B">
        <w:t xml:space="preserve"> Publication (please specify)</w:t>
      </w:r>
      <w:r w:rsidRPr="00666D93" w:rsidR="0075506B">
        <w:br/>
      </w:r>
      <w:sdt>
        <w:sdtPr>
          <w:rPr>
            <w:rFonts w:ascii="Segoe UI Symbol" w:hAnsi="Segoe UI Symbol" w:cs="Segoe UI Symbol"/>
          </w:rPr>
          <w:id w:val="-1373772748"/>
          <w14:checkbox>
            <w14:checked w14:val="0"/>
            <w14:checkedState w14:val="2612" w14:font="MS Gothic"/>
            <w14:uncheckedState w14:val="2610" w14:font="MS Gothic"/>
          </w14:checkbox>
        </w:sdtPr>
        <w:sdtContent>
          <w:r w:rsidRPr="00666D93" w:rsidR="002557EB">
            <w:rPr>
              <w:rFonts w:hint="eastAsia" w:ascii="MS Gothic" w:hAnsi="MS Gothic" w:eastAsia="MS Gothic" w:cs="Segoe UI Symbol"/>
            </w:rPr>
            <w:t>☐</w:t>
          </w:r>
        </w:sdtContent>
      </w:sdt>
      <w:r w:rsidRPr="00666D93" w:rsidR="0075506B">
        <w:t xml:space="preserve"> Community of Interest </w:t>
      </w:r>
      <w:r w:rsidRPr="00666D93" w:rsidR="0075506B">
        <w:br/>
      </w:r>
      <w:sdt>
        <w:sdtPr>
          <w:rPr>
            <w:rFonts w:ascii="Segoe UI Symbol" w:hAnsi="Segoe UI Symbol" w:cs="Segoe UI Symbol"/>
          </w:rPr>
          <w:id w:val="1574703970"/>
          <w14:checkbox>
            <w14:checked w14:val="0"/>
            <w14:checkedState w14:val="2612" w14:font="MS Gothic"/>
            <w14:uncheckedState w14:val="2610" w14:font="MS Gothic"/>
          </w14:checkbox>
        </w:sdtPr>
        <w:sdtContent>
          <w:r w:rsidRPr="00666D93" w:rsidR="002557EB">
            <w:rPr>
              <w:rFonts w:hint="eastAsia" w:ascii="MS Gothic" w:hAnsi="MS Gothic" w:eastAsia="MS Gothic" w:cs="Segoe UI Symbol"/>
            </w:rPr>
            <w:t>☐</w:t>
          </w:r>
        </w:sdtContent>
      </w:sdt>
      <w:r w:rsidRPr="00666D93" w:rsidR="0075506B">
        <w:t xml:space="preserve"> Other (please specify):</w:t>
      </w:r>
      <w:r w:rsidRPr="00666D93" w:rsidR="0075506B">
        <w:br/>
      </w:r>
    </w:p>
    <w:p w:rsidR="004C02F0" w:rsidP="00C35819" w:rsidRDefault="0075506B" w14:paraId="51378F3A" w14:textId="72B6D25A">
      <w:pPr>
        <w:pStyle w:val="Heading2"/>
        <w:pBdr>
          <w:bottom w:val="single" w:color="auto" w:sz="4" w:space="1"/>
        </w:pBdr>
      </w:pPr>
      <w:r w:rsidRPr="00FC7C09">
        <w:t xml:space="preserve">9. Activity Description, </w:t>
      </w:r>
      <w:r w:rsidRPr="00FC7C09" w:rsidR="002C74E8">
        <w:t xml:space="preserve">Value-add, </w:t>
      </w:r>
      <w:r w:rsidRPr="00FC7C09">
        <w:t>Impact and Outcomes</w:t>
      </w:r>
    </w:p>
    <w:p w:rsidR="00FC7C09" w:rsidP="00FC7C09" w:rsidRDefault="00FC7C09" w14:paraId="3EDA6EC4" w14:textId="77777777">
      <w:pPr>
        <w:pStyle w:val="Heading2"/>
      </w:pPr>
    </w:p>
    <w:p w:rsidR="002926CB" w:rsidP="00FC7C09" w:rsidRDefault="0075506B" w14:paraId="4EEB3A3A" w14:textId="5FC25F9A">
      <w:pPr>
        <w:pStyle w:val="Heading2"/>
      </w:pPr>
      <w:r w:rsidRPr="00666D93">
        <w:t>9a. Please outline your proposed activity.</w:t>
      </w:r>
      <w:r w:rsidRPr="00666D93" w:rsidR="004C02F0">
        <w:t xml:space="preserve"> Describe the format, structure, key components, how it will be carried out, and length of the activity </w:t>
      </w:r>
      <w:r w:rsidRPr="00666D93">
        <w:t>(max. 250 words)</w:t>
      </w:r>
    </w:p>
    <w:p w:rsidRPr="00434E4C" w:rsidR="00434E4C" w:rsidP="00FC7C09" w:rsidRDefault="00434E4C" w14:paraId="72C0A6A2" w14:textId="77777777"/>
    <w:p w:rsidRPr="00FC7C09" w:rsidR="00434E4C" w:rsidP="00FC7C09" w:rsidRDefault="00F02B63" w14:paraId="3F2051AA" w14:textId="7DB6FA5C">
      <w:pPr>
        <w:pStyle w:val="Heading2"/>
      </w:pPr>
      <w:r w:rsidRPr="00FC7C09">
        <w:t>9</w:t>
      </w:r>
      <w:r w:rsidRPr="00FC7C09" w:rsidR="00F37008">
        <w:t>b</w:t>
      </w:r>
      <w:r w:rsidRPr="00FC7C09">
        <w:t>. What unique role can the RSE play in this activity, and why is the RSE the appropriate organisation to lead or convene it?</w:t>
      </w:r>
      <w:r w:rsidRPr="00FC7C09" w:rsidR="00F37008">
        <w:t xml:space="preserve"> </w:t>
      </w:r>
      <w:r w:rsidRPr="00FC7C09">
        <w:t>(For example, consider the RSE’s convening power, independence, Fellowship, cross-sector reach, or ability to influence policy and public debate)</w:t>
      </w:r>
    </w:p>
    <w:p w:rsidRPr="00434E4C" w:rsidR="00434E4C" w:rsidP="00FC7C09" w:rsidRDefault="00434E4C" w14:paraId="7BFC75FF" w14:textId="77777777">
      <w:pPr>
        <w:rPr>
          <w:rFonts w:ascii="Roboto Light" w:hAnsi="Roboto Light"/>
        </w:rPr>
      </w:pPr>
    </w:p>
    <w:p w:rsidRPr="00FC7C09" w:rsidR="00F37008" w:rsidP="00FC7C09" w:rsidRDefault="00F37008" w14:paraId="56E55301" w14:textId="3AB64662">
      <w:pPr>
        <w:pStyle w:val="Heading2"/>
      </w:pPr>
      <w:r w:rsidRPr="00FC7C09">
        <w:t xml:space="preserve">9c. How </w:t>
      </w:r>
      <w:r w:rsidRPr="00FC7C09" w:rsidR="00FF54EC">
        <w:t xml:space="preserve">might the impact of your activity be </w:t>
      </w:r>
      <w:r w:rsidRPr="00FC7C09" w:rsidR="00F061CC">
        <w:t xml:space="preserve">assessed? </w:t>
      </w:r>
      <w:r w:rsidRPr="00FC7C09">
        <w:t>(</w:t>
      </w:r>
      <w:r w:rsidRPr="00FC7C09" w:rsidR="0045786C">
        <w:t>P</w:t>
      </w:r>
      <w:r w:rsidRPr="00FC7C09">
        <w:t>lease consider the anticipated outcomes, indicators and methods of measurement)</w:t>
      </w:r>
    </w:p>
    <w:p w:rsidRPr="002926CB" w:rsidR="00F02B63" w:rsidP="00FC7C09" w:rsidRDefault="00F02B63" w14:paraId="61311ADD" w14:textId="77777777"/>
    <w:p w:rsidRPr="00FC7C09" w:rsidR="00E24683" w:rsidP="00FC7C09" w:rsidRDefault="0075506B" w14:paraId="792E61B1" w14:textId="13370CB6">
      <w:pPr>
        <w:pStyle w:val="Heading2"/>
      </w:pPr>
      <w:r w:rsidRPr="00FC7C09">
        <w:lastRenderedPageBreak/>
        <w:t>9</w:t>
      </w:r>
      <w:r w:rsidRPr="00FC7C09" w:rsidR="00F37008">
        <w:t>d</w:t>
      </w:r>
      <w:r w:rsidRPr="00FC7C09">
        <w:t>. What are the expected outputs of the activity</w:t>
      </w:r>
      <w:r w:rsidRPr="00FC7C09" w:rsidR="00224473">
        <w:t>?</w:t>
      </w:r>
      <w:r w:rsidRPr="00FC7C09" w:rsidR="004C02F0">
        <w:t xml:space="preserve"> (such as papers, blogs, media coverage, further work, external funding, networking, outreach)</w:t>
      </w:r>
    </w:p>
    <w:p w:rsidRPr="002926CB" w:rsidR="002926CB" w:rsidP="00FC7C09" w:rsidRDefault="002926CB" w14:paraId="1D46FA46" w14:textId="77777777"/>
    <w:p w:rsidR="00E24683" w:rsidP="00FC7C09" w:rsidRDefault="0075506B" w14:paraId="297ADAE1" w14:textId="4CAFBF2C">
      <w:pPr>
        <w:pStyle w:val="Heading2"/>
      </w:pPr>
      <w:r w:rsidRPr="00FC7C09">
        <w:t>9</w:t>
      </w:r>
      <w:r w:rsidRPr="00FC7C09" w:rsidR="00F37008">
        <w:t>e</w:t>
      </w:r>
      <w:r w:rsidRPr="00FC7C09">
        <w:t>. Does the proposal relate to any current RSE activities?</w:t>
      </w:r>
      <w:r w:rsidRPr="00FC7C09" w:rsidR="0045786C">
        <w:t xml:space="preserve"> </w:t>
      </w:r>
      <w:r w:rsidRPr="00FC7C09">
        <w:t>(If yes, please specify)</w:t>
      </w:r>
    </w:p>
    <w:p w:rsidRPr="00FC7C09" w:rsidR="00FC7C09" w:rsidP="00FC7C09" w:rsidRDefault="00FC7C09" w14:paraId="4B728F48" w14:textId="314B21D9"/>
    <w:p w:rsidR="00C35819" w:rsidP="00C35819" w:rsidRDefault="0075506B" w14:paraId="503261A3" w14:textId="63190C13">
      <w:pPr>
        <w:pStyle w:val="Heading2"/>
        <w:pBdr>
          <w:bottom w:val="single" w:color="auto" w:sz="4" w:space="1"/>
        </w:pBdr>
      </w:pPr>
      <w:r w:rsidRPr="00FC7C09">
        <w:t xml:space="preserve">10. Strategic </w:t>
      </w:r>
      <w:r w:rsidR="00C35819">
        <w:t>t</w:t>
      </w:r>
      <w:r w:rsidRPr="00FC7C09">
        <w:t>hemes</w:t>
      </w:r>
    </w:p>
    <w:p w:rsidR="00C35819" w:rsidP="00FC7C09" w:rsidRDefault="00C35819" w14:paraId="0AC18291" w14:textId="77777777">
      <w:pPr>
        <w:pStyle w:val="Heading2"/>
      </w:pPr>
    </w:p>
    <w:p w:rsidRPr="00FC7C09" w:rsidR="00E24683" w:rsidP="00FC7C09" w:rsidRDefault="0075506B" w14:paraId="49AF80C0" w14:textId="37D89464">
      <w:pPr>
        <w:pStyle w:val="Heading2"/>
      </w:pPr>
      <w:r w:rsidRPr="00FC7C09">
        <w:t>10a. Which of the RSE’s strategic themes does this activity fit under:</w:t>
      </w:r>
    </w:p>
    <w:p w:rsidRPr="00666D93" w:rsidR="00E24683" w:rsidP="00FC7C09" w:rsidRDefault="00000000" w14:paraId="6CEB220F" w14:textId="5889A746">
      <w:sdt>
        <w:sdtPr>
          <w:rPr>
            <w:rFonts w:ascii="Segoe UI Symbol" w:hAnsi="Segoe UI Symbol" w:cs="Segoe UI Symbol"/>
          </w:rPr>
          <w:id w:val="611092724"/>
          <w14:checkbox>
            <w14:checked w14:val="0"/>
            <w14:checkedState w14:val="2612" w14:font="MS Gothic"/>
            <w14:uncheckedState w14:val="2610" w14:font="MS Gothic"/>
          </w14:checkbox>
        </w:sdtPr>
        <w:sdtContent>
          <w:r w:rsidRPr="00666D93" w:rsidR="000B74C8">
            <w:rPr>
              <w:rFonts w:hint="eastAsia" w:ascii="MS Gothic" w:hAnsi="MS Gothic" w:eastAsia="MS Gothic" w:cs="Segoe UI Symbol"/>
            </w:rPr>
            <w:t>☐</w:t>
          </w:r>
        </w:sdtContent>
      </w:sdt>
      <w:r w:rsidRPr="00666D93" w:rsidR="0075506B">
        <w:t xml:space="preserve"> Promotion of research and innovation</w:t>
      </w:r>
      <w:r w:rsidRPr="00666D93" w:rsidR="0075506B">
        <w:br/>
      </w:r>
      <w:sdt>
        <w:sdtPr>
          <w:rPr>
            <w:rFonts w:ascii="Segoe UI Symbol" w:hAnsi="Segoe UI Symbol" w:cs="Segoe UI Symbol"/>
          </w:rPr>
          <w:id w:val="-1751110595"/>
          <w14:checkbox>
            <w14:checked w14:val="0"/>
            <w14:checkedState w14:val="2612" w14:font="MS Gothic"/>
            <w14:uncheckedState w14:val="2610" w14:font="MS Gothic"/>
          </w14:checkbox>
        </w:sdtPr>
        <w:sdtContent>
          <w:r w:rsidRPr="00666D93" w:rsidR="000B74C8">
            <w:rPr>
              <w:rFonts w:hint="eastAsia" w:ascii="MS Gothic" w:hAnsi="MS Gothic" w:eastAsia="MS Gothic" w:cs="Segoe UI Symbol"/>
            </w:rPr>
            <w:t>☐</w:t>
          </w:r>
        </w:sdtContent>
      </w:sdt>
      <w:r w:rsidRPr="00666D93" w:rsidR="0075506B">
        <w:t xml:space="preserve"> Diffusion of knowledge in science, social sciences, arts and humanities</w:t>
      </w:r>
      <w:r w:rsidRPr="00666D93" w:rsidR="0075506B">
        <w:br/>
      </w:r>
      <w:sdt>
        <w:sdtPr>
          <w:rPr>
            <w:rFonts w:ascii="Segoe UI Symbol" w:hAnsi="Segoe UI Symbol" w:cs="Segoe UI Symbol"/>
          </w:rPr>
          <w:id w:val="-1118373360"/>
          <w14:checkbox>
            <w14:checked w14:val="0"/>
            <w14:checkedState w14:val="2612" w14:font="MS Gothic"/>
            <w14:uncheckedState w14:val="2610" w14:font="MS Gothic"/>
          </w14:checkbox>
        </w:sdtPr>
        <w:sdtContent>
          <w:r w:rsidRPr="00666D93" w:rsidR="000B74C8">
            <w:rPr>
              <w:rFonts w:hint="eastAsia" w:ascii="MS Gothic" w:hAnsi="MS Gothic" w:eastAsia="MS Gothic" w:cs="Segoe UI Symbol"/>
            </w:rPr>
            <w:t>☐</w:t>
          </w:r>
        </w:sdtContent>
      </w:sdt>
      <w:r w:rsidRPr="00666D93" w:rsidR="0075506B">
        <w:t xml:space="preserve"> Climate change and environmental sustainability</w:t>
      </w:r>
      <w:r w:rsidRPr="00666D93" w:rsidR="0075506B">
        <w:br/>
      </w:r>
      <w:sdt>
        <w:sdtPr>
          <w:rPr>
            <w:rFonts w:ascii="Segoe UI Symbol" w:hAnsi="Segoe UI Symbol" w:cs="Segoe UI Symbol"/>
          </w:rPr>
          <w:id w:val="492149340"/>
          <w14:checkbox>
            <w14:checked w14:val="0"/>
            <w14:checkedState w14:val="2612" w14:font="MS Gothic"/>
            <w14:uncheckedState w14:val="2610" w14:font="MS Gothic"/>
          </w14:checkbox>
        </w:sdtPr>
        <w:sdtContent>
          <w:r w:rsidRPr="00666D93" w:rsidR="000B74C8">
            <w:rPr>
              <w:rFonts w:hint="eastAsia" w:ascii="MS Gothic" w:hAnsi="MS Gothic" w:eastAsia="MS Gothic" w:cs="Segoe UI Symbol"/>
            </w:rPr>
            <w:t>☐</w:t>
          </w:r>
        </w:sdtContent>
      </w:sdt>
      <w:r w:rsidRPr="00666D93" w:rsidR="0075506B">
        <w:t xml:space="preserve"> Economic prosperity</w:t>
      </w:r>
      <w:r w:rsidRPr="00666D93" w:rsidR="0075506B">
        <w:br/>
      </w:r>
      <w:sdt>
        <w:sdtPr>
          <w:rPr>
            <w:rFonts w:ascii="Segoe UI Symbol" w:hAnsi="Segoe UI Symbol" w:cs="Segoe UI Symbol"/>
          </w:rPr>
          <w:id w:val="1248622762"/>
          <w14:checkbox>
            <w14:checked w14:val="0"/>
            <w14:checkedState w14:val="2612" w14:font="MS Gothic"/>
            <w14:uncheckedState w14:val="2610" w14:font="MS Gothic"/>
          </w14:checkbox>
        </w:sdtPr>
        <w:sdtContent>
          <w:r w:rsidRPr="00666D93" w:rsidR="000B74C8">
            <w:rPr>
              <w:rFonts w:hint="eastAsia" w:ascii="MS Gothic" w:hAnsi="MS Gothic" w:eastAsia="MS Gothic" w:cs="Segoe UI Symbol"/>
            </w:rPr>
            <w:t>☐</w:t>
          </w:r>
        </w:sdtContent>
      </w:sdt>
      <w:r w:rsidRPr="00666D93" w:rsidR="0075506B">
        <w:t xml:space="preserve"> Social cohesion and inclusion</w:t>
      </w:r>
      <w:r w:rsidRPr="00666D93" w:rsidR="0075506B">
        <w:br/>
      </w:r>
      <w:sdt>
        <w:sdtPr>
          <w:rPr>
            <w:rFonts w:ascii="Segoe UI Symbol" w:hAnsi="Segoe UI Symbol" w:cs="Segoe UI Symbol"/>
          </w:rPr>
          <w:id w:val="486593306"/>
          <w14:checkbox>
            <w14:checked w14:val="0"/>
            <w14:checkedState w14:val="2612" w14:font="MS Gothic"/>
            <w14:uncheckedState w14:val="2610" w14:font="MS Gothic"/>
          </w14:checkbox>
        </w:sdtPr>
        <w:sdtContent>
          <w:r w:rsidRPr="00666D93" w:rsidR="000B74C8">
            <w:rPr>
              <w:rFonts w:hint="eastAsia" w:ascii="MS Gothic" w:hAnsi="MS Gothic" w:eastAsia="MS Gothic" w:cs="Segoe UI Symbol"/>
            </w:rPr>
            <w:t>☐</w:t>
          </w:r>
        </w:sdtContent>
      </w:sdt>
      <w:r w:rsidRPr="00666D93" w:rsidR="0075506B">
        <w:t xml:space="preserve"> None of the above</w:t>
      </w:r>
    </w:p>
    <w:p w:rsidRPr="00FC7C09" w:rsidR="00E24683" w:rsidP="00FC7C09" w:rsidRDefault="0075506B" w14:paraId="13869143" w14:textId="77777777">
      <w:pPr>
        <w:pStyle w:val="Heading2"/>
      </w:pPr>
      <w:r w:rsidRPr="00FC7C09">
        <w:t>10b. If you selected none of the above, please explain why it is still relevant to the RSE.</w:t>
      </w:r>
    </w:p>
    <w:p w:rsidRPr="00666D93" w:rsidR="0033355D" w:rsidP="00FC7C09" w:rsidRDefault="0033355D" w14:paraId="71EFF02A" w14:textId="77777777">
      <w:pPr>
        <w:rPr>
          <w:rFonts w:ascii="Roboto Light" w:hAnsi="Roboto Light"/>
        </w:rPr>
      </w:pPr>
    </w:p>
    <w:p w:rsidRPr="00FC7C09" w:rsidR="004C02F0" w:rsidP="00FC7C09" w:rsidRDefault="0075506B" w14:paraId="2FD073D4" w14:textId="2B114FA4">
      <w:pPr>
        <w:pStyle w:val="Heading2"/>
      </w:pPr>
      <w:r w:rsidRPr="00FC7C09">
        <w:t>11. Preferred date of activity</w:t>
      </w:r>
      <w:r w:rsidRPr="00FC7C09" w:rsidR="004C02F0">
        <w:t xml:space="preserve"> </w:t>
      </w:r>
      <w:r w:rsidRPr="00FC7C09">
        <w:t>(if known/if applicable). If a single date, please enter as dd/mm/</w:t>
      </w:r>
      <w:proofErr w:type="spellStart"/>
      <w:r w:rsidRPr="00FC7C09">
        <w:t>yyyy</w:t>
      </w:r>
      <w:proofErr w:type="spellEnd"/>
      <w:r w:rsidRPr="00FC7C09">
        <w:t>.</w:t>
      </w:r>
      <w:r w:rsidRPr="00FC7C09" w:rsidR="004C02F0">
        <w:t xml:space="preserve"> If over </w:t>
      </w:r>
      <w:proofErr w:type="gramStart"/>
      <w:r w:rsidRPr="00FC7C09" w:rsidR="004C02F0">
        <w:t>a period of time</w:t>
      </w:r>
      <w:proofErr w:type="gramEnd"/>
      <w:r w:rsidRPr="00FC7C09" w:rsidR="004C02F0">
        <w:t>, please give as close to specific dates as possible.</w:t>
      </w:r>
    </w:p>
    <w:p w:rsidRPr="00666D93" w:rsidR="0033355D" w:rsidP="00FC7C09" w:rsidRDefault="0033355D" w14:paraId="78630933" w14:textId="77777777"/>
    <w:p w:rsidRPr="00666D93" w:rsidR="0033355D" w:rsidP="00FC7C09" w:rsidRDefault="0075506B" w14:paraId="5AD22EFD" w14:textId="31925170">
      <w:pPr>
        <w:pStyle w:val="Heading2"/>
      </w:pPr>
      <w:r w:rsidRPr="00FC7C09">
        <w:t xml:space="preserve">12. </w:t>
      </w:r>
      <w:r w:rsidRPr="00FC7C09" w:rsidR="004C02F0">
        <w:t>What is the l</w:t>
      </w:r>
      <w:r w:rsidRPr="00FC7C09">
        <w:t>ocation of activity and delivery format</w:t>
      </w:r>
      <w:r w:rsidRPr="00FC7C09" w:rsidR="0033355D">
        <w:t>?</w:t>
      </w:r>
      <w:r w:rsidRPr="00FC7C09" w:rsidR="004C02F0">
        <w:t xml:space="preserve"> </w:t>
      </w:r>
      <w:r w:rsidRPr="00FC7C09">
        <w:t>(online, in person, or hybrid)</w:t>
      </w:r>
      <w:r w:rsidRPr="00FC7C09">
        <w:br/>
      </w:r>
    </w:p>
    <w:p w:rsidRPr="00FC7C09" w:rsidR="00E24683" w:rsidP="00FC7C09" w:rsidRDefault="0075506B" w14:paraId="341E6A06" w14:textId="7FD1CC01">
      <w:pPr>
        <w:pStyle w:val="Heading2"/>
      </w:pPr>
      <w:r w:rsidRPr="00FC7C09">
        <w:t xml:space="preserve">13. </w:t>
      </w:r>
      <w:r w:rsidRPr="00FC7C09" w:rsidR="00E9075D">
        <w:t>Please provide details of the t</w:t>
      </w:r>
      <w:r w:rsidRPr="00FC7C09">
        <w:t>arget audience</w:t>
      </w:r>
      <w:r w:rsidRPr="00FC7C09" w:rsidR="00E9075D">
        <w:t xml:space="preserve"> for this activity </w:t>
      </w:r>
      <w:r w:rsidRPr="00FC7C09">
        <w:t>(including the number of people, their level of expertise, and target age group)</w:t>
      </w:r>
    </w:p>
    <w:p w:rsidR="00FC7C09" w:rsidP="00FC7C09" w:rsidRDefault="00FC7C09" w14:paraId="5874ED90" w14:textId="77777777">
      <w:pPr>
        <w:pStyle w:val="Heading2"/>
      </w:pPr>
    </w:p>
    <w:p w:rsidRPr="00FC7C09" w:rsidR="00E24683" w:rsidP="00FC7C09" w:rsidRDefault="0075506B" w14:paraId="0DD631C3" w14:textId="3E22CF3B">
      <w:pPr>
        <w:pStyle w:val="Heading2"/>
      </w:pPr>
      <w:r w:rsidRPr="00FC7C09">
        <w:t>14. How will this activity</w:t>
      </w:r>
      <w:r w:rsidRPr="00FC7C09" w:rsidR="00BB46BC">
        <w:t xml:space="preserve"> contribute to </w:t>
      </w:r>
      <w:r w:rsidRPr="00FC7C09" w:rsidR="000D1E77">
        <w:t>extending the RSE’s reach across Scotland</w:t>
      </w:r>
      <w:r w:rsidRPr="00FC7C09">
        <w:t>?</w:t>
      </w:r>
      <w:r w:rsidRPr="00FC7C09" w:rsidR="00E9075D">
        <w:t xml:space="preserve">  </w:t>
      </w:r>
    </w:p>
    <w:p w:rsidRPr="00666D93" w:rsidR="0033355D" w:rsidP="00FC7C09" w:rsidRDefault="0033355D" w14:paraId="1D76800F" w14:textId="77777777">
      <w:pPr>
        <w:rPr>
          <w:rFonts w:ascii="Roboto Light" w:hAnsi="Roboto Light"/>
        </w:rPr>
      </w:pPr>
    </w:p>
    <w:p w:rsidR="004C02F0" w:rsidP="00C35819" w:rsidRDefault="0075506B" w14:paraId="2FDA06D8" w14:textId="5FEA5A72">
      <w:pPr>
        <w:pStyle w:val="Heading2"/>
        <w:pBdr>
          <w:bottom w:val="single" w:color="auto" w:sz="4" w:space="1"/>
        </w:pBdr>
      </w:pPr>
      <w:r w:rsidRPr="00FC7C09">
        <w:t>15. Partnership</w:t>
      </w:r>
    </w:p>
    <w:p w:rsidRPr="00C35819" w:rsidR="00C35819" w:rsidP="00C35819" w:rsidRDefault="00C35819" w14:paraId="08617793" w14:textId="77777777"/>
    <w:p w:rsidRPr="00FC7C09" w:rsidR="00E24683" w:rsidP="00FC7C09" w:rsidRDefault="0075506B" w14:paraId="3D99A8B5" w14:textId="191E93B2">
      <w:pPr>
        <w:pStyle w:val="Heading2"/>
      </w:pPr>
      <w:r w:rsidRPr="00FC7C09">
        <w:t>15a. Will this activity involve any partner organisations:</w:t>
      </w:r>
    </w:p>
    <w:p w:rsidRPr="00666D93" w:rsidR="004C02F0" w:rsidP="00FC7C09" w:rsidRDefault="00000000" w14:paraId="2FD24025" w14:textId="206CDE2C">
      <w:sdt>
        <w:sdtPr>
          <w:rPr>
            <w:rFonts w:ascii="Segoe UI Symbol" w:hAnsi="Segoe UI Symbol" w:cs="Segoe UI Symbol"/>
          </w:rPr>
          <w:id w:val="-639653232"/>
          <w14:checkbox>
            <w14:checked w14:val="0"/>
            <w14:checkedState w14:val="2612" w14:font="MS Gothic"/>
            <w14:uncheckedState w14:val="2610" w14:font="MS Gothic"/>
          </w14:checkbox>
        </w:sdtPr>
        <w:sdtContent>
          <w:r w:rsidRPr="00666D93" w:rsidR="009F2BA6">
            <w:rPr>
              <w:rFonts w:hint="eastAsia" w:ascii="MS Gothic" w:hAnsi="MS Gothic" w:eastAsia="MS Gothic" w:cs="Segoe UI Symbol"/>
            </w:rPr>
            <w:t>☐</w:t>
          </w:r>
        </w:sdtContent>
      </w:sdt>
      <w:r w:rsidRPr="00666D93" w:rsidR="0075506B">
        <w:t xml:space="preserve"> Yes</w:t>
      </w:r>
      <w:r w:rsidRPr="00666D93" w:rsidR="0075506B">
        <w:br/>
      </w:r>
      <w:sdt>
        <w:sdtPr>
          <w:rPr>
            <w:rFonts w:ascii="Segoe UI Symbol" w:hAnsi="Segoe UI Symbol" w:cs="Segoe UI Symbol"/>
          </w:rPr>
          <w:id w:val="-413315779"/>
          <w14:checkbox>
            <w14:checked w14:val="0"/>
            <w14:checkedState w14:val="2612" w14:font="MS Gothic"/>
            <w14:uncheckedState w14:val="2610" w14:font="MS Gothic"/>
          </w14:checkbox>
        </w:sdtPr>
        <w:sdtContent>
          <w:r w:rsidRPr="00666D93" w:rsidR="009F2BA6">
            <w:rPr>
              <w:rFonts w:hint="eastAsia" w:ascii="MS Gothic" w:hAnsi="MS Gothic" w:eastAsia="MS Gothic" w:cs="Segoe UI Symbol"/>
            </w:rPr>
            <w:t>☐</w:t>
          </w:r>
        </w:sdtContent>
      </w:sdt>
      <w:r w:rsidRPr="00666D93" w:rsidR="0075506B">
        <w:t xml:space="preserve"> No</w:t>
      </w:r>
      <w:r w:rsidRPr="00666D93" w:rsidR="0075506B">
        <w:br/>
      </w:r>
      <w:sdt>
        <w:sdtPr>
          <w:rPr>
            <w:rFonts w:ascii="Segoe UI Symbol" w:hAnsi="Segoe UI Symbol" w:cs="Segoe UI Symbol"/>
          </w:rPr>
          <w:id w:val="1562983005"/>
          <w14:checkbox>
            <w14:checked w14:val="0"/>
            <w14:checkedState w14:val="2612" w14:font="MS Gothic"/>
            <w14:uncheckedState w14:val="2610" w14:font="MS Gothic"/>
          </w14:checkbox>
        </w:sdtPr>
        <w:sdtContent>
          <w:r w:rsidRPr="00666D93" w:rsidR="009F2BA6">
            <w:rPr>
              <w:rFonts w:hint="eastAsia" w:ascii="MS Gothic" w:hAnsi="MS Gothic" w:eastAsia="MS Gothic" w:cs="Segoe UI Symbol"/>
            </w:rPr>
            <w:t>☐</w:t>
          </w:r>
        </w:sdtContent>
      </w:sdt>
      <w:r w:rsidRPr="00666D93" w:rsidR="0075506B">
        <w:t xml:space="preserve"> Maybe </w:t>
      </w:r>
    </w:p>
    <w:p w:rsidRPr="00666D93" w:rsidR="00E9075D" w:rsidP="00FC7C09" w:rsidRDefault="0075506B" w14:paraId="6E777A3A" w14:textId="77777777">
      <w:pPr>
        <w:pStyle w:val="Heading2"/>
      </w:pPr>
      <w:r w:rsidRPr="00666D93">
        <w:rPr>
          <w:sz w:val="26"/>
        </w:rPr>
        <w:lastRenderedPageBreak/>
        <w:t>15b. If yes</w:t>
      </w:r>
      <w:r w:rsidRPr="00666D93" w:rsidR="00E9075D">
        <w:rPr>
          <w:sz w:val="26"/>
        </w:rPr>
        <w:t xml:space="preserve"> or maybe</w:t>
      </w:r>
      <w:r w:rsidRPr="00666D93">
        <w:rPr>
          <w:sz w:val="26"/>
        </w:rPr>
        <w:t>, please provide details about the partnership:</w:t>
      </w:r>
      <w:r w:rsidRPr="00666D93" w:rsidR="00E9075D">
        <w:t xml:space="preserve"> Have the partner organisations been approached and agreed to participate? What will their role or involvement be? What resource or in-kind support will they/their organisation bring (such as financial contributions, staff, materials)? </w:t>
      </w:r>
    </w:p>
    <w:p w:rsidR="009D39DE" w:rsidP="00FC7C09" w:rsidRDefault="0075506B" w14:paraId="56884A52" w14:textId="2A9AC954">
      <w:pPr>
        <w:pStyle w:val="NoSpacing"/>
      </w:pPr>
      <w:r w:rsidRPr="107C9BD2" w:rsidR="0075506B">
        <w:rPr>
          <w:lang w:val="en-GB"/>
        </w:rPr>
        <w:t xml:space="preserve">(A supporting document from the partner(s) should be </w:t>
      </w:r>
      <w:r w:rsidRPr="107C9BD2" w:rsidR="009F2BA6">
        <w:rPr>
          <w:lang w:val="en-GB"/>
        </w:rPr>
        <w:t xml:space="preserve">uploaded to the online form (less than 2 MB, allowed file types: pdf doc docx </w:t>
      </w:r>
      <w:r w:rsidRPr="107C9BD2" w:rsidR="009F2BA6">
        <w:rPr>
          <w:lang w:val="en-GB"/>
        </w:rPr>
        <w:t>xls</w:t>
      </w:r>
      <w:r w:rsidRPr="107C9BD2" w:rsidR="009F2BA6">
        <w:rPr>
          <w:lang w:val="en-GB"/>
        </w:rPr>
        <w:t xml:space="preserve"> xlsx)</w:t>
      </w:r>
    </w:p>
    <w:p w:rsidRPr="00FC7C09" w:rsidR="00FC7C09" w:rsidP="00FC7C09" w:rsidRDefault="00FC7C09" w14:paraId="65CED050" w14:textId="77777777"/>
    <w:p w:rsidR="00C35819" w:rsidP="00C35819" w:rsidRDefault="002F56D5" w14:paraId="5F853F39" w14:textId="04023C6F">
      <w:pPr>
        <w:pStyle w:val="Heading2"/>
        <w:pBdr>
          <w:bottom w:val="single" w:color="auto" w:sz="4" w:space="1"/>
        </w:pBdr>
      </w:pPr>
      <w:r w:rsidRPr="00FC7C09">
        <w:t xml:space="preserve">16. </w:t>
      </w:r>
      <w:r w:rsidRPr="00FC7C09" w:rsidR="00575393">
        <w:t xml:space="preserve">Staff </w:t>
      </w:r>
      <w:r w:rsidR="00C35819">
        <w:t>r</w:t>
      </w:r>
      <w:r w:rsidRPr="00FC7C09" w:rsidR="00575393">
        <w:t>esourcing</w:t>
      </w:r>
    </w:p>
    <w:p w:rsidRPr="00FC7C09" w:rsidR="006E2259" w:rsidP="00FC7C09" w:rsidRDefault="006E2259" w14:paraId="149AA35D" w14:textId="169B5129">
      <w:pPr>
        <w:pStyle w:val="Heading2"/>
      </w:pPr>
      <w:r w:rsidRPr="00FC7C09">
        <w:br/>
      </w:r>
      <w:r w:rsidRPr="00FC7C09" w:rsidR="00700F40">
        <w:t xml:space="preserve">16a. </w:t>
      </w:r>
      <w:r w:rsidRPr="00FC7C09" w:rsidR="002F56D5">
        <w:t>What support would you require from RSE staff for this proposal? Please provide a brief outline of the expected tasks for RSE staff (including communications, marketing, event management)</w:t>
      </w:r>
    </w:p>
    <w:p w:rsidRPr="006E2259" w:rsidR="006E2259" w:rsidP="00FC7C09" w:rsidRDefault="006E2259" w14:paraId="504F5CDE" w14:textId="77777777"/>
    <w:p w:rsidR="006E2259" w:rsidP="00FC7C09" w:rsidRDefault="006E2259" w14:paraId="4B61B56C" w14:textId="44EF4723">
      <w:pPr>
        <w:pStyle w:val="Heading2"/>
      </w:pPr>
      <w:r w:rsidRPr="006E2259">
        <w:t>16b. If applicable, please indicate whether there is funding to cover staff costs?</w:t>
      </w:r>
    </w:p>
    <w:p w:rsidRPr="006E2259" w:rsidR="009D39DE" w:rsidP="00FC7C09" w:rsidRDefault="009D39DE" w14:paraId="74C94DA6" w14:textId="77777777">
      <w:pPr>
        <w:rPr>
          <w:rFonts w:ascii="Roboto Light" w:hAnsi="Roboto Light"/>
          <w:sz w:val="26"/>
          <w:szCs w:val="26"/>
        </w:rPr>
      </w:pPr>
    </w:p>
    <w:p w:rsidR="00C35819" w:rsidP="00C35819" w:rsidRDefault="0075506B" w14:paraId="3F7F83A0" w14:textId="204F1D15">
      <w:pPr>
        <w:pStyle w:val="Heading2"/>
        <w:pBdr>
          <w:bottom w:val="single" w:color="auto" w:sz="4" w:space="1"/>
        </w:pBdr>
      </w:pPr>
      <w:r w:rsidRPr="00FC7C09">
        <w:t>1</w:t>
      </w:r>
      <w:r w:rsidRPr="00FC7C09" w:rsidR="002F56D5">
        <w:t>7</w:t>
      </w:r>
      <w:r w:rsidRPr="00FC7C09">
        <w:t xml:space="preserve">. Financial </w:t>
      </w:r>
      <w:r w:rsidR="00C35819">
        <w:t>r</w:t>
      </w:r>
      <w:r w:rsidRPr="00FC7C09">
        <w:t>esources</w:t>
      </w:r>
    </w:p>
    <w:p w:rsidR="00C35819" w:rsidP="00FC7C09" w:rsidRDefault="00C35819" w14:paraId="2BC1CB82" w14:textId="77777777">
      <w:pPr>
        <w:pStyle w:val="Heading2"/>
      </w:pPr>
    </w:p>
    <w:p w:rsidR="00FC7C09" w:rsidP="00FC7C09" w:rsidRDefault="006A1158" w14:paraId="3947DD34" w14:textId="19E971DC">
      <w:pPr>
        <w:pStyle w:val="Heading2"/>
      </w:pPr>
      <w:r w:rsidRPr="00666D93">
        <w:t>1</w:t>
      </w:r>
      <w:r w:rsidR="002F56D5">
        <w:t>7</w:t>
      </w:r>
      <w:r w:rsidRPr="00666D93">
        <w:t>a. What are the expected costs? </w:t>
      </w:r>
    </w:p>
    <w:p w:rsidRPr="00FC7C09" w:rsidR="006A1158" w:rsidP="107C9BD2" w:rsidRDefault="006A1158" w14:paraId="48728573" w14:textId="0B64E8E9">
      <w:pPr>
        <w:pStyle w:val="NoSpacing"/>
        <w:rPr>
          <w:sz w:val="22"/>
          <w:szCs w:val="22"/>
        </w:rPr>
      </w:pPr>
      <w:r w:rsidRPr="107C9BD2" w:rsidR="006A1158">
        <w:rPr>
          <w:sz w:val="22"/>
          <w:szCs w:val="22"/>
        </w:rPr>
        <w:t xml:space="preserve">Please outline the main expenditure associated with this activity, drawing on the categories in the Pricing Toolkit for Proposers (see </w:t>
      </w:r>
      <w:hyperlink r:id="R3edda4309de241ee">
        <w:r w:rsidRPr="107C9BD2" w:rsidR="00FC7C09">
          <w:rPr>
            <w:rStyle w:val="Hyperlink"/>
            <w:color w:val="auto"/>
            <w:sz w:val="22"/>
            <w:szCs w:val="22"/>
            <w:u w:val="none"/>
          </w:rPr>
          <w:t>g</w:t>
        </w:r>
        <w:r w:rsidRPr="107C9BD2" w:rsidR="00D958F1">
          <w:rPr>
            <w:rStyle w:val="Hyperlink"/>
            <w:color w:val="auto"/>
            <w:sz w:val="22"/>
            <w:szCs w:val="22"/>
            <w:u w:val="none"/>
          </w:rPr>
          <w:t>uidance</w:t>
        </w:r>
      </w:hyperlink>
      <w:r w:rsidRPr="107C9BD2" w:rsidR="006A1158">
        <w:rPr>
          <w:sz w:val="22"/>
          <w:szCs w:val="22"/>
        </w:rPr>
        <w:t>). Provide indicative figures where possible and a total.  </w:t>
      </w:r>
    </w:p>
    <w:p w:rsidRPr="00FC7C09" w:rsidR="006A1158" w:rsidP="107C9BD2" w:rsidRDefault="006A1158" w14:paraId="6C76553B" w14:textId="77777777">
      <w:pPr>
        <w:pStyle w:val="NoSpacing"/>
        <w:rPr>
          <w:sz w:val="22"/>
          <w:szCs w:val="22"/>
        </w:rPr>
      </w:pPr>
      <w:r w:rsidRPr="107C9BD2" w:rsidR="006A1158">
        <w:rPr>
          <w:sz w:val="22"/>
          <w:szCs w:val="22"/>
        </w:rPr>
        <w:t>When preparing your response, consider costs such as: </w:t>
      </w:r>
    </w:p>
    <w:p w:rsidRPr="00FC7C09" w:rsidR="006A1158" w:rsidP="107C9BD2" w:rsidRDefault="006A1158" w14:paraId="12B0AB14" w14:textId="77777777">
      <w:pPr>
        <w:pStyle w:val="NoSpacing"/>
        <w:numPr>
          <w:ilvl w:val="0"/>
          <w:numId w:val="16"/>
        </w:numPr>
        <w:rPr>
          <w:sz w:val="22"/>
          <w:szCs w:val="22"/>
        </w:rPr>
      </w:pPr>
      <w:r w:rsidRPr="107C9BD2" w:rsidR="006A1158">
        <w:rPr>
          <w:sz w:val="22"/>
          <w:szCs w:val="22"/>
        </w:rPr>
        <w:t>catering (e.g. refreshments, lunches, receptions) </w:t>
      </w:r>
    </w:p>
    <w:p w:rsidRPr="00FC7C09" w:rsidR="006A1158" w:rsidP="107C9BD2" w:rsidRDefault="006A1158" w14:paraId="1E9FCE72" w14:textId="77777777">
      <w:pPr>
        <w:pStyle w:val="NoSpacing"/>
        <w:numPr>
          <w:ilvl w:val="0"/>
          <w:numId w:val="16"/>
        </w:numPr>
        <w:rPr>
          <w:sz w:val="22"/>
          <w:szCs w:val="22"/>
        </w:rPr>
      </w:pPr>
      <w:r w:rsidRPr="107C9BD2" w:rsidR="006A1158">
        <w:rPr>
          <w:sz w:val="22"/>
          <w:szCs w:val="22"/>
        </w:rPr>
        <w:t>speaker expenses (e.g. travel, accommodation, subsistence) </w:t>
      </w:r>
    </w:p>
    <w:p w:rsidRPr="00FC7C09" w:rsidR="006A1158" w:rsidP="107C9BD2" w:rsidRDefault="006A1158" w14:paraId="73BFBD62" w14:textId="77777777">
      <w:pPr>
        <w:pStyle w:val="NoSpacing"/>
        <w:numPr>
          <w:ilvl w:val="0"/>
          <w:numId w:val="16"/>
        </w:numPr>
        <w:rPr>
          <w:sz w:val="22"/>
          <w:szCs w:val="22"/>
        </w:rPr>
      </w:pPr>
      <w:r w:rsidRPr="107C9BD2" w:rsidR="006A1158">
        <w:rPr>
          <w:sz w:val="22"/>
          <w:szCs w:val="22"/>
        </w:rPr>
        <w:t>venue costs (e.g. AV/technical support, security) </w:t>
      </w:r>
    </w:p>
    <w:p w:rsidRPr="00FC7C09" w:rsidR="006A1158" w:rsidP="107C9BD2" w:rsidRDefault="006A1158" w14:paraId="1DD14DDE" w14:textId="77777777">
      <w:pPr>
        <w:pStyle w:val="NoSpacing"/>
        <w:numPr>
          <w:ilvl w:val="0"/>
          <w:numId w:val="16"/>
        </w:numPr>
        <w:rPr>
          <w:sz w:val="22"/>
          <w:szCs w:val="22"/>
        </w:rPr>
      </w:pPr>
      <w:r w:rsidRPr="107C9BD2" w:rsidR="006A1158">
        <w:rPr>
          <w:sz w:val="22"/>
          <w:szCs w:val="22"/>
        </w:rPr>
        <w:t>communications (e.g. photography, videography, editing) </w:t>
      </w:r>
    </w:p>
    <w:p w:rsidRPr="00FC7C09" w:rsidR="00620F95" w:rsidP="107C9BD2" w:rsidRDefault="006A1158" w14:paraId="64546050" w14:textId="77777777">
      <w:pPr>
        <w:pStyle w:val="NoSpacing"/>
        <w:numPr>
          <w:ilvl w:val="0"/>
          <w:numId w:val="16"/>
        </w:numPr>
        <w:rPr>
          <w:sz w:val="22"/>
          <w:szCs w:val="22"/>
        </w:rPr>
      </w:pPr>
      <w:r w:rsidRPr="107C9BD2" w:rsidR="006A1158">
        <w:rPr>
          <w:sz w:val="22"/>
          <w:szCs w:val="22"/>
        </w:rPr>
        <w:t>publications and reports (e.g. design, copyediting, printing) </w:t>
      </w:r>
    </w:p>
    <w:p w:rsidR="00620F95" w:rsidP="00FC7C09" w:rsidRDefault="00620F95" w14:paraId="5606F758" w14:textId="77777777">
      <w:pPr>
        <w:rPr>
          <w:rFonts w:ascii="Roboto Light" w:hAnsi="Roboto Light"/>
        </w:rPr>
      </w:pPr>
    </w:p>
    <w:p w:rsidRPr="001D4198" w:rsidR="00E24683" w:rsidP="00FC7C09" w:rsidRDefault="0075506B" w14:paraId="15A0696B" w14:textId="13FFC3CB">
      <w:pPr>
        <w:pStyle w:val="Heading2"/>
      </w:pPr>
      <w:r w:rsidRPr="001D4198">
        <w:t>1</w:t>
      </w:r>
      <w:r w:rsidRPr="001D4198" w:rsidR="002F56D5">
        <w:t>7</w:t>
      </w:r>
      <w:r w:rsidRPr="001D4198">
        <w:t xml:space="preserve">b. </w:t>
      </w:r>
      <w:r w:rsidRPr="001D4198" w:rsidR="000B1DA8">
        <w:t xml:space="preserve">Please indicate which of the expected costs you would be asking the RSE to cover? </w:t>
      </w:r>
    </w:p>
    <w:p w:rsidRPr="00666D93" w:rsidR="001052EA" w:rsidP="00FC7C09" w:rsidRDefault="001052EA" w14:paraId="4436AC5F" w14:textId="558B6C42">
      <w:pPr>
        <w:rPr>
          <w:rFonts w:ascii="Roboto Light" w:hAnsi="Roboto Light"/>
        </w:rPr>
      </w:pPr>
    </w:p>
    <w:p w:rsidR="00FC7C09" w:rsidP="00FC7C09" w:rsidRDefault="0075506B" w14:paraId="00A76EEB" w14:textId="478A12B3">
      <w:pPr>
        <w:pStyle w:val="Heading2"/>
      </w:pPr>
      <w:r w:rsidRPr="00FC7C09">
        <w:t>1</w:t>
      </w:r>
      <w:r w:rsidRPr="00FC7C09" w:rsidR="002F56D5">
        <w:t>7</w:t>
      </w:r>
      <w:r w:rsidRPr="00FC7C09">
        <w:t>c. Are there any known opportunities for external financial support</w:t>
      </w:r>
      <w:r w:rsidRPr="00FC7C09" w:rsidR="00E9075D">
        <w:t>, sponsorship or co-funding</w:t>
      </w:r>
      <w:r w:rsidRPr="00FC7C09">
        <w:t>?</w:t>
      </w:r>
      <w:r w:rsidRPr="00FC7C09" w:rsidR="00E9075D">
        <w:t xml:space="preserve"> Please provide details, including any relevant funding application timelines and expected dates for related funding applications.</w:t>
      </w:r>
    </w:p>
    <w:p w:rsidR="00FC7C09" w:rsidP="00FC7C09" w:rsidRDefault="00FC7C09" w14:paraId="7BB7CC5D" w14:textId="77777777">
      <w:pPr>
        <w:rPr>
          <w:rFonts w:ascii="Roboto Light" w:hAnsi="Roboto Light"/>
          <w:b/>
          <w:bCs/>
        </w:rPr>
      </w:pPr>
    </w:p>
    <w:p w:rsidR="00E24683" w:rsidP="00C35819" w:rsidRDefault="0075506B" w14:paraId="50744EC8" w14:textId="079BB693">
      <w:pPr>
        <w:pStyle w:val="Heading2"/>
        <w:pBdr>
          <w:bottom w:val="single" w:color="auto" w:sz="4" w:space="1"/>
        </w:pBdr>
      </w:pPr>
      <w:r w:rsidRPr="00FC7C09">
        <w:t>1</w:t>
      </w:r>
      <w:r w:rsidRPr="00FC7C09" w:rsidR="002F56D5">
        <w:t>8</w:t>
      </w:r>
      <w:r w:rsidRPr="00FC7C09">
        <w:t>. Publicity</w:t>
      </w:r>
    </w:p>
    <w:p w:rsidRPr="00C35819" w:rsidR="00C35819" w:rsidP="00C35819" w:rsidRDefault="00C35819" w14:paraId="34A36B11" w14:textId="77777777"/>
    <w:p w:rsidR="004C02F0" w:rsidP="00FC7C09" w:rsidRDefault="0075506B" w14:paraId="5D485870" w14:textId="701929E6">
      <w:pPr>
        <w:pStyle w:val="Heading2"/>
      </w:pPr>
      <w:r w:rsidRPr="00FC7C09">
        <w:t>1</w:t>
      </w:r>
      <w:r w:rsidRPr="00FC7C09" w:rsidR="002F56D5">
        <w:t>8</w:t>
      </w:r>
      <w:r w:rsidRPr="00FC7C09">
        <w:t>a. How do you plan to publicise the activity?</w:t>
      </w:r>
      <w:r w:rsidRPr="00FC7C09" w:rsidR="00E9075D">
        <w:t xml:space="preserve"> </w:t>
      </w:r>
      <w:r w:rsidRPr="00FC7C09">
        <w:t>(including through websites, social media, newsletters)</w:t>
      </w:r>
    </w:p>
    <w:p w:rsidRPr="00FC7C09" w:rsidR="00FC7C09" w:rsidP="00FC7C09" w:rsidRDefault="00FC7C09" w14:paraId="35ADC980" w14:textId="77777777"/>
    <w:p w:rsidRPr="00FC7C09" w:rsidR="00641DF6" w:rsidP="00FC7C09" w:rsidRDefault="0075506B" w14:paraId="028C69E6" w14:textId="2257206F">
      <w:pPr>
        <w:pStyle w:val="Heading2"/>
      </w:pPr>
      <w:r w:rsidRPr="00FC7C09">
        <w:lastRenderedPageBreak/>
        <w:t>1</w:t>
      </w:r>
      <w:r w:rsidRPr="00FC7C09" w:rsidR="002F56D5">
        <w:t>8</w:t>
      </w:r>
      <w:r w:rsidRPr="00FC7C09">
        <w:t>b. How would you contribute to publicising the activity?</w:t>
      </w:r>
      <w:r w:rsidRPr="00FC7C09" w:rsidR="00E9075D">
        <w:t xml:space="preserve"> (if applicable)</w:t>
      </w:r>
    </w:p>
    <w:p w:rsidRPr="00641DF6" w:rsidR="00E24683" w:rsidP="00FC7C09" w:rsidRDefault="0075506B" w14:paraId="7F0861FD" w14:textId="06D05CFF">
      <w:pPr>
        <w:rPr>
          <w:rFonts w:ascii="Roboto Light" w:hAnsi="Roboto Light"/>
          <w:b/>
          <w:bCs/>
        </w:rPr>
      </w:pPr>
      <w:r w:rsidRPr="00666D93">
        <w:rPr>
          <w:rFonts w:ascii="Roboto Light" w:hAnsi="Roboto Light"/>
        </w:rPr>
        <w:br/>
      </w:r>
    </w:p>
    <w:p w:rsidRPr="00FC7C09" w:rsidR="004C02F0" w:rsidP="00FC7C09" w:rsidRDefault="002114BF" w14:paraId="317C3108" w14:textId="03841739">
      <w:pPr>
        <w:pStyle w:val="Heading2"/>
      </w:pPr>
      <w:r w:rsidRPr="00FC7C09">
        <w:t>1</w:t>
      </w:r>
      <w:r w:rsidRPr="00FC7C09" w:rsidR="002F56D5">
        <w:t>9</w:t>
      </w:r>
      <w:r w:rsidRPr="00FC7C09">
        <w:t xml:space="preserve">. Are there any risks associated with this </w:t>
      </w:r>
      <w:r w:rsidRPr="00FC7C09" w:rsidR="00AA02E7">
        <w:t>activity</w:t>
      </w:r>
      <w:r w:rsidRPr="00FC7C09">
        <w:t xml:space="preserve"> that we should be aware of (including reputational, ethical, political or safety-related risks)? If yes, please outline the nature of these risks, including any elements that may be controversial or politically sensitive. Please also describe any mitigating actions or steps you plan to take to manage these risks.</w:t>
      </w:r>
    </w:p>
    <w:p w:rsidRPr="00666D93" w:rsidR="009D39DE" w:rsidP="00FC7C09" w:rsidRDefault="009D39DE" w14:paraId="780DB5C3" w14:textId="77777777">
      <w:pPr>
        <w:rPr>
          <w:rFonts w:ascii="Roboto Light" w:hAnsi="Roboto Light"/>
        </w:rPr>
      </w:pPr>
    </w:p>
    <w:p w:rsidRPr="00FC7C09" w:rsidR="00E24683" w:rsidP="00FC7C09" w:rsidRDefault="002F56D5" w14:paraId="7FA41520" w14:textId="7D7B9176">
      <w:pPr>
        <w:pStyle w:val="Heading2"/>
      </w:pPr>
      <w:r w:rsidRPr="00FC7C09">
        <w:t>20</w:t>
      </w:r>
      <w:r w:rsidRPr="00FC7C09" w:rsidR="0075506B">
        <w:t>. Any additional comments?</w:t>
      </w:r>
    </w:p>
    <w:p w:rsidRPr="000907CF" w:rsidR="00E24683" w:rsidP="00FC7C09" w:rsidRDefault="00E24683" w14:paraId="54CB7452" w14:textId="77777777">
      <w:pPr>
        <w:rPr>
          <w:rFonts w:ascii="Roboto Light" w:hAnsi="Roboto Light"/>
        </w:rPr>
      </w:pPr>
    </w:p>
    <w:sectPr w:rsidRPr="000907CF" w:rsidR="00E24683" w:rsidSect="00FC7C09">
      <w:headerReference w:type="even" r:id="rId17"/>
      <w:headerReference w:type="default" r:id="rId18"/>
      <w:footerReference w:type="even" r:id="rId19"/>
      <w:footerReference w:type="default" r:id="rId20"/>
      <w:headerReference w:type="first" r:id="rId21"/>
      <w:footerReference w:type="first" r:id="rId22"/>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4AFE" w:rsidP="00822828" w:rsidRDefault="001C4AFE" w14:paraId="013138C9" w14:textId="77777777">
      <w:pPr>
        <w:spacing w:after="0" w:line="240" w:lineRule="auto"/>
      </w:pPr>
      <w:r>
        <w:separator/>
      </w:r>
    </w:p>
  </w:endnote>
  <w:endnote w:type="continuationSeparator" w:id="0">
    <w:p w:rsidR="001C4AFE" w:rsidP="00822828" w:rsidRDefault="001C4AFE" w14:paraId="606757D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Roboto Light">
    <w:panose1 w:val="02000000000000000000"/>
    <w:charset w:val="00"/>
    <w:family w:val="auto"/>
    <w:pitch w:val="variable"/>
    <w:sig w:usb0="E00002FF" w:usb1="5000205B" w:usb2="0000002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828" w:rsidRDefault="00822828" w14:paraId="2EAC44F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828" w:rsidRDefault="00822828" w14:paraId="5B9B678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828" w:rsidRDefault="00822828" w14:paraId="3FA6C81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4AFE" w:rsidP="00822828" w:rsidRDefault="001C4AFE" w14:paraId="33883DF2" w14:textId="77777777">
      <w:pPr>
        <w:spacing w:after="0" w:line="240" w:lineRule="auto"/>
      </w:pPr>
      <w:r>
        <w:separator/>
      </w:r>
    </w:p>
  </w:footnote>
  <w:footnote w:type="continuationSeparator" w:id="0">
    <w:p w:rsidR="001C4AFE" w:rsidP="00822828" w:rsidRDefault="001C4AFE" w14:paraId="52BADE0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828" w:rsidRDefault="00000000" w14:paraId="0362225C" w14:textId="50808371">
    <w:pPr>
      <w:pStyle w:val="Header"/>
    </w:pPr>
    <w:r>
      <w:rPr>
        <w:noProof/>
      </w:rPr>
      <w:pict w14:anchorId="31FCF6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59126" style="position:absolute;margin-left:0;margin-top:0;width:677.5pt;height:122pt;rotation:315;z-index:-251658239;mso-position-horizontal:center;mso-position-horizontal-relative:margin;mso-position-vertical:center;mso-position-vertical-relative:margin" o:spid="_x0000_s1028" o:allowincell="f" fillcolor="silver" stroked="f" type="#_x0000_t136">
          <v:fill opacity=".5"/>
          <v:textpath style="font-family:&quot;calibri&quot;;font-size:100pt" string="Preparation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828" w:rsidRDefault="00000000" w14:paraId="59F89743" w14:textId="44A405CC">
    <w:pPr>
      <w:pStyle w:val="Header"/>
    </w:pPr>
    <w:r>
      <w:rPr>
        <w:noProof/>
      </w:rPr>
      <w:pict w14:anchorId="01DADE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59127" style="position:absolute;margin-left:0;margin-top:0;width:677.5pt;height:122pt;rotation:315;z-index:-251658238;mso-position-horizontal:center;mso-position-horizontal-relative:margin;mso-position-vertical:center;mso-position-vertical-relative:margin" o:spid="_x0000_s1029" o:allowincell="f" fillcolor="silver" stroked="f" type="#_x0000_t136">
          <v:fill opacity=".5"/>
          <v:textpath style="font-family:&quot;calibri&quot;;font-size:100pt" string="Preparation onl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828" w:rsidRDefault="00000000" w14:paraId="6C7705CE" w14:textId="2EA68521">
    <w:pPr>
      <w:pStyle w:val="Header"/>
    </w:pPr>
    <w:r>
      <w:rPr>
        <w:noProof/>
      </w:rPr>
      <w:pict w14:anchorId="4D9029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59125" style="position:absolute;margin-left:0;margin-top:0;width:677.5pt;height:122pt;rotation:315;z-index:-251658240;mso-position-horizontal:center;mso-position-horizontal-relative:margin;mso-position-vertical:center;mso-position-vertical-relative:margin" o:spid="_x0000_s1027" o:allowincell="f" fillcolor="silver" stroked="f" type="#_x0000_t136">
          <v:fill opacity=".5"/>
          <v:textpath style="font-family:&quot;calibri&quot;;font-size:100pt" string="Preparation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1F50759E"/>
    <w:multiLevelType w:val="multilevel"/>
    <w:tmpl w:val="0A48D5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F4E4F3E"/>
    <w:multiLevelType w:val="multilevel"/>
    <w:tmpl w:val="93CC7F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42E044E6"/>
    <w:multiLevelType w:val="multilevel"/>
    <w:tmpl w:val="F6F6BD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43014DDD"/>
    <w:multiLevelType w:val="multilevel"/>
    <w:tmpl w:val="B67AF1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5F417FC0"/>
    <w:multiLevelType w:val="hybridMultilevel"/>
    <w:tmpl w:val="284685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1E4A00"/>
    <w:multiLevelType w:val="multilevel"/>
    <w:tmpl w:val="6AE2C8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73C22406"/>
    <w:multiLevelType w:val="hybridMultilevel"/>
    <w:tmpl w:val="557024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97954601">
    <w:abstractNumId w:val="8"/>
  </w:num>
  <w:num w:numId="2" w16cid:durableId="508759823">
    <w:abstractNumId w:val="6"/>
  </w:num>
  <w:num w:numId="3" w16cid:durableId="1499534474">
    <w:abstractNumId w:val="5"/>
  </w:num>
  <w:num w:numId="4" w16cid:durableId="789057319">
    <w:abstractNumId w:val="4"/>
  </w:num>
  <w:num w:numId="5" w16cid:durableId="1508670512">
    <w:abstractNumId w:val="7"/>
  </w:num>
  <w:num w:numId="6" w16cid:durableId="1823813183">
    <w:abstractNumId w:val="3"/>
  </w:num>
  <w:num w:numId="7" w16cid:durableId="1012339781">
    <w:abstractNumId w:val="2"/>
  </w:num>
  <w:num w:numId="8" w16cid:durableId="1398359338">
    <w:abstractNumId w:val="1"/>
  </w:num>
  <w:num w:numId="9" w16cid:durableId="1889534476">
    <w:abstractNumId w:val="0"/>
  </w:num>
  <w:num w:numId="10" w16cid:durableId="2012877024">
    <w:abstractNumId w:val="14"/>
  </w:num>
  <w:num w:numId="11" w16cid:durableId="1791432526">
    <w:abstractNumId w:val="9"/>
  </w:num>
  <w:num w:numId="12" w16cid:durableId="809595072">
    <w:abstractNumId w:val="12"/>
  </w:num>
  <w:num w:numId="13" w16cid:durableId="246034890">
    <w:abstractNumId w:val="10"/>
  </w:num>
  <w:num w:numId="14" w16cid:durableId="328875712">
    <w:abstractNumId w:val="11"/>
  </w:num>
  <w:num w:numId="15" w16cid:durableId="579798853">
    <w:abstractNumId w:val="13"/>
  </w:num>
  <w:num w:numId="16" w16cid:durableId="20139463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000"/>
    <w:rsid w:val="00016211"/>
    <w:rsid w:val="00016723"/>
    <w:rsid w:val="00021B5E"/>
    <w:rsid w:val="0002571D"/>
    <w:rsid w:val="00032070"/>
    <w:rsid w:val="00034616"/>
    <w:rsid w:val="00040A60"/>
    <w:rsid w:val="0005276C"/>
    <w:rsid w:val="0006063C"/>
    <w:rsid w:val="00086011"/>
    <w:rsid w:val="000907CF"/>
    <w:rsid w:val="000A21C7"/>
    <w:rsid w:val="000B1DA8"/>
    <w:rsid w:val="000B4F6B"/>
    <w:rsid w:val="000B74C8"/>
    <w:rsid w:val="000C6CF3"/>
    <w:rsid w:val="000D1E77"/>
    <w:rsid w:val="000E1048"/>
    <w:rsid w:val="000E1B30"/>
    <w:rsid w:val="000F65FD"/>
    <w:rsid w:val="001052EA"/>
    <w:rsid w:val="00112C14"/>
    <w:rsid w:val="0015074B"/>
    <w:rsid w:val="0016192A"/>
    <w:rsid w:val="001B161C"/>
    <w:rsid w:val="001B4671"/>
    <w:rsid w:val="001C4AFE"/>
    <w:rsid w:val="001D1BCE"/>
    <w:rsid w:val="001D4198"/>
    <w:rsid w:val="001D78AB"/>
    <w:rsid w:val="00207352"/>
    <w:rsid w:val="002114BF"/>
    <w:rsid w:val="00216299"/>
    <w:rsid w:val="00224473"/>
    <w:rsid w:val="00246A0C"/>
    <w:rsid w:val="002557EB"/>
    <w:rsid w:val="00265C7F"/>
    <w:rsid w:val="00280DE9"/>
    <w:rsid w:val="002840F0"/>
    <w:rsid w:val="0029269F"/>
    <w:rsid w:val="002926CB"/>
    <w:rsid w:val="0029639D"/>
    <w:rsid w:val="002972B4"/>
    <w:rsid w:val="002A4758"/>
    <w:rsid w:val="002B1505"/>
    <w:rsid w:val="002B5502"/>
    <w:rsid w:val="002C5CE4"/>
    <w:rsid w:val="002C74E8"/>
    <w:rsid w:val="002F29E4"/>
    <w:rsid w:val="002F2D18"/>
    <w:rsid w:val="002F56D5"/>
    <w:rsid w:val="002F630C"/>
    <w:rsid w:val="003028FF"/>
    <w:rsid w:val="00313F25"/>
    <w:rsid w:val="00316029"/>
    <w:rsid w:val="00326F90"/>
    <w:rsid w:val="00330847"/>
    <w:rsid w:val="0033355D"/>
    <w:rsid w:val="00342FBF"/>
    <w:rsid w:val="00347DCF"/>
    <w:rsid w:val="0036774F"/>
    <w:rsid w:val="00373193"/>
    <w:rsid w:val="00375AC6"/>
    <w:rsid w:val="003772FD"/>
    <w:rsid w:val="003807A1"/>
    <w:rsid w:val="003907EB"/>
    <w:rsid w:val="003A4CB0"/>
    <w:rsid w:val="003D286A"/>
    <w:rsid w:val="003D5A87"/>
    <w:rsid w:val="00425640"/>
    <w:rsid w:val="004270FA"/>
    <w:rsid w:val="00434E4C"/>
    <w:rsid w:val="004376A6"/>
    <w:rsid w:val="004417AC"/>
    <w:rsid w:val="00445576"/>
    <w:rsid w:val="0045786C"/>
    <w:rsid w:val="00474DFB"/>
    <w:rsid w:val="004853D7"/>
    <w:rsid w:val="0049756B"/>
    <w:rsid w:val="004A4A37"/>
    <w:rsid w:val="004A6DB8"/>
    <w:rsid w:val="004C0206"/>
    <w:rsid w:val="004C02F0"/>
    <w:rsid w:val="004C2095"/>
    <w:rsid w:val="004C4C4A"/>
    <w:rsid w:val="004C5697"/>
    <w:rsid w:val="004D1230"/>
    <w:rsid w:val="004D4207"/>
    <w:rsid w:val="004F1C9B"/>
    <w:rsid w:val="004F50A5"/>
    <w:rsid w:val="00512109"/>
    <w:rsid w:val="00540E1D"/>
    <w:rsid w:val="005538D8"/>
    <w:rsid w:val="005731E5"/>
    <w:rsid w:val="005738B9"/>
    <w:rsid w:val="00575393"/>
    <w:rsid w:val="0058543C"/>
    <w:rsid w:val="005860E1"/>
    <w:rsid w:val="005865EA"/>
    <w:rsid w:val="00591998"/>
    <w:rsid w:val="005B22A2"/>
    <w:rsid w:val="005B3B8C"/>
    <w:rsid w:val="005C32DA"/>
    <w:rsid w:val="005C35F1"/>
    <w:rsid w:val="005C62D8"/>
    <w:rsid w:val="005D4864"/>
    <w:rsid w:val="005E5569"/>
    <w:rsid w:val="00601EDB"/>
    <w:rsid w:val="0060460B"/>
    <w:rsid w:val="006051E0"/>
    <w:rsid w:val="00620D07"/>
    <w:rsid w:val="00620F95"/>
    <w:rsid w:val="006354D5"/>
    <w:rsid w:val="00641DF6"/>
    <w:rsid w:val="00645AF5"/>
    <w:rsid w:val="00666D93"/>
    <w:rsid w:val="006775C1"/>
    <w:rsid w:val="00677714"/>
    <w:rsid w:val="006833B0"/>
    <w:rsid w:val="0068423C"/>
    <w:rsid w:val="0069293B"/>
    <w:rsid w:val="0069738B"/>
    <w:rsid w:val="006A1158"/>
    <w:rsid w:val="006B1530"/>
    <w:rsid w:val="006B2006"/>
    <w:rsid w:val="006C0301"/>
    <w:rsid w:val="006C2920"/>
    <w:rsid w:val="006D51C5"/>
    <w:rsid w:val="006E2259"/>
    <w:rsid w:val="006E38EF"/>
    <w:rsid w:val="006E7206"/>
    <w:rsid w:val="006F3272"/>
    <w:rsid w:val="006F37E6"/>
    <w:rsid w:val="006F5303"/>
    <w:rsid w:val="00700F40"/>
    <w:rsid w:val="00701389"/>
    <w:rsid w:val="00713FFF"/>
    <w:rsid w:val="00735268"/>
    <w:rsid w:val="00736321"/>
    <w:rsid w:val="0075506B"/>
    <w:rsid w:val="00755D0B"/>
    <w:rsid w:val="00782137"/>
    <w:rsid w:val="007B1FED"/>
    <w:rsid w:val="007C3210"/>
    <w:rsid w:val="007D0E39"/>
    <w:rsid w:val="007F757F"/>
    <w:rsid w:val="0080332F"/>
    <w:rsid w:val="00822828"/>
    <w:rsid w:val="00830974"/>
    <w:rsid w:val="00842EEE"/>
    <w:rsid w:val="00855F3D"/>
    <w:rsid w:val="00863D16"/>
    <w:rsid w:val="0088358F"/>
    <w:rsid w:val="008906FD"/>
    <w:rsid w:val="008A3A43"/>
    <w:rsid w:val="008C2D31"/>
    <w:rsid w:val="00902EED"/>
    <w:rsid w:val="00964858"/>
    <w:rsid w:val="00976DD3"/>
    <w:rsid w:val="009877FF"/>
    <w:rsid w:val="009A413A"/>
    <w:rsid w:val="009A6820"/>
    <w:rsid w:val="009B1726"/>
    <w:rsid w:val="009B61B3"/>
    <w:rsid w:val="009D39DE"/>
    <w:rsid w:val="009D69FC"/>
    <w:rsid w:val="009F2BA6"/>
    <w:rsid w:val="00A054EC"/>
    <w:rsid w:val="00A1207E"/>
    <w:rsid w:val="00A33A8D"/>
    <w:rsid w:val="00A365BD"/>
    <w:rsid w:val="00A5624B"/>
    <w:rsid w:val="00A63B18"/>
    <w:rsid w:val="00A81020"/>
    <w:rsid w:val="00A8561B"/>
    <w:rsid w:val="00A87D9F"/>
    <w:rsid w:val="00AA02E7"/>
    <w:rsid w:val="00AA1D8D"/>
    <w:rsid w:val="00AD3ED6"/>
    <w:rsid w:val="00AE51C1"/>
    <w:rsid w:val="00B4232C"/>
    <w:rsid w:val="00B47730"/>
    <w:rsid w:val="00B74214"/>
    <w:rsid w:val="00BB46BC"/>
    <w:rsid w:val="00BB50CE"/>
    <w:rsid w:val="00C14180"/>
    <w:rsid w:val="00C1795D"/>
    <w:rsid w:val="00C25449"/>
    <w:rsid w:val="00C35819"/>
    <w:rsid w:val="00C52DF3"/>
    <w:rsid w:val="00C73F92"/>
    <w:rsid w:val="00C76EAB"/>
    <w:rsid w:val="00C81023"/>
    <w:rsid w:val="00C94630"/>
    <w:rsid w:val="00CA066B"/>
    <w:rsid w:val="00CA129B"/>
    <w:rsid w:val="00CA3421"/>
    <w:rsid w:val="00CB0664"/>
    <w:rsid w:val="00CB7551"/>
    <w:rsid w:val="00CC2154"/>
    <w:rsid w:val="00CD2B80"/>
    <w:rsid w:val="00CD762F"/>
    <w:rsid w:val="00CE2D96"/>
    <w:rsid w:val="00CE58EE"/>
    <w:rsid w:val="00CF4853"/>
    <w:rsid w:val="00D12BD4"/>
    <w:rsid w:val="00D16BDE"/>
    <w:rsid w:val="00D25DCF"/>
    <w:rsid w:val="00D359FC"/>
    <w:rsid w:val="00D37BD9"/>
    <w:rsid w:val="00D7530B"/>
    <w:rsid w:val="00D958F1"/>
    <w:rsid w:val="00DF016C"/>
    <w:rsid w:val="00DF526F"/>
    <w:rsid w:val="00E11AF9"/>
    <w:rsid w:val="00E24683"/>
    <w:rsid w:val="00E25B53"/>
    <w:rsid w:val="00E2690E"/>
    <w:rsid w:val="00E322D3"/>
    <w:rsid w:val="00E36A85"/>
    <w:rsid w:val="00E370C2"/>
    <w:rsid w:val="00E40074"/>
    <w:rsid w:val="00E721F4"/>
    <w:rsid w:val="00E74B3D"/>
    <w:rsid w:val="00E75722"/>
    <w:rsid w:val="00E80627"/>
    <w:rsid w:val="00E8686D"/>
    <w:rsid w:val="00E9075D"/>
    <w:rsid w:val="00E9493C"/>
    <w:rsid w:val="00EA1C84"/>
    <w:rsid w:val="00EB2AB3"/>
    <w:rsid w:val="00EC4E7C"/>
    <w:rsid w:val="00EC5D77"/>
    <w:rsid w:val="00EF26B2"/>
    <w:rsid w:val="00EF4DB1"/>
    <w:rsid w:val="00F02B63"/>
    <w:rsid w:val="00F02C19"/>
    <w:rsid w:val="00F04D31"/>
    <w:rsid w:val="00F0512F"/>
    <w:rsid w:val="00F061CC"/>
    <w:rsid w:val="00F125B0"/>
    <w:rsid w:val="00F37008"/>
    <w:rsid w:val="00F52FB7"/>
    <w:rsid w:val="00F6005B"/>
    <w:rsid w:val="00F62FB3"/>
    <w:rsid w:val="00F73628"/>
    <w:rsid w:val="00F95CEF"/>
    <w:rsid w:val="00FB4898"/>
    <w:rsid w:val="00FC018D"/>
    <w:rsid w:val="00FC1304"/>
    <w:rsid w:val="00FC5618"/>
    <w:rsid w:val="00FC693F"/>
    <w:rsid w:val="00FC7C09"/>
    <w:rsid w:val="00FD0C64"/>
    <w:rsid w:val="00FD3CA5"/>
    <w:rsid w:val="00FD7E1C"/>
    <w:rsid w:val="00FE2047"/>
    <w:rsid w:val="00FF415C"/>
    <w:rsid w:val="00FF54EC"/>
    <w:rsid w:val="107C9BD2"/>
    <w:rsid w:val="17FD0F08"/>
    <w:rsid w:val="2D12903F"/>
    <w:rsid w:val="2F35D0FF"/>
    <w:rsid w:val="381A1D48"/>
    <w:rsid w:val="495833C3"/>
    <w:rsid w:val="4FB19AF0"/>
    <w:rsid w:val="604C9EFB"/>
    <w:rsid w:val="7A2321EC"/>
    <w:rsid w:val="7C96C6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D1E4E2"/>
  <w14:defaultImageDpi w14:val="300"/>
  <w15:docId w15:val="{3CB01D83-83BF-4B02-9913-730076242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7C09"/>
    <w:rPr>
      <w:rFonts w:asciiTheme="majorHAnsi" w:hAnsiTheme="majorHAnsi"/>
      <w:lang w:val="en-GB"/>
    </w:rPr>
  </w:style>
  <w:style w:type="paragraph" w:styleId="Heading1">
    <w:name w:val="heading 1"/>
    <w:basedOn w:val="Normal"/>
    <w:next w:val="Normal"/>
    <w:link w:val="Heading1Char"/>
    <w:uiPriority w:val="9"/>
    <w:qFormat/>
    <w:rsid w:val="00FC7C09"/>
    <w:pPr>
      <w:keepNext/>
      <w:keepLines/>
      <w:spacing w:before="480" w:after="0"/>
      <w:outlineLvl w:val="0"/>
    </w:pPr>
    <w:rPr>
      <w:rFonts w:eastAsiaTheme="majorEastAsia" w:cstheme="majorBidi"/>
      <w:b/>
      <w:bCs/>
      <w:color w:val="000000" w:themeColor="text1"/>
      <w:sz w:val="48"/>
      <w:szCs w:val="28"/>
    </w:rPr>
  </w:style>
  <w:style w:type="paragraph" w:styleId="Heading2">
    <w:name w:val="heading 2"/>
    <w:basedOn w:val="Normal"/>
    <w:next w:val="Normal"/>
    <w:link w:val="Heading2Char"/>
    <w:uiPriority w:val="9"/>
    <w:unhideWhenUsed/>
    <w:qFormat/>
    <w:rsid w:val="00FC7C09"/>
    <w:pPr>
      <w:keepNext/>
      <w:keepLines/>
      <w:spacing w:after="0"/>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unhideWhenUsed/>
    <w:qFormat/>
    <w:rsid w:val="00FC7C09"/>
    <w:pPr>
      <w:keepNext/>
      <w:keepLines/>
      <w:spacing w:before="200" w:after="0"/>
      <w:outlineLvl w:val="2"/>
    </w:pPr>
    <w:rPr>
      <w:rFonts w:eastAsiaTheme="majorEastAsia" w:cstheme="majorBidi"/>
      <w:b/>
      <w:bCs/>
      <w:color w:val="000000" w:themeColor="tex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eastAsiaTheme="majorEastAsia" w:cstheme="majorBidi"/>
      <w:i/>
      <w:iCs/>
      <w:color w:val="404040" w:themeColor="text1" w:themeTint="BF"/>
      <w:sz w:val="20"/>
      <w:szCs w:val="2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7C09"/>
    <w:pPr>
      <w:spacing w:after="0" w:line="240" w:lineRule="auto"/>
    </w:pPr>
    <w:rPr>
      <w:rFonts w:asciiTheme="majorHAnsi" w:hAnsiTheme="majorHAnsi"/>
      <w:i/>
      <w:sz w:val="20"/>
    </w:rPr>
  </w:style>
  <w:style w:type="character" w:styleId="Heading1Char" w:customStyle="1">
    <w:name w:val="Heading 1 Char"/>
    <w:basedOn w:val="DefaultParagraphFont"/>
    <w:link w:val="Heading1"/>
    <w:uiPriority w:val="9"/>
    <w:rsid w:val="00FC7C09"/>
    <w:rPr>
      <w:rFonts w:asciiTheme="majorHAnsi" w:hAnsiTheme="majorHAnsi" w:eastAsiaTheme="majorEastAsia" w:cstheme="majorBidi"/>
      <w:b/>
      <w:bCs/>
      <w:color w:val="000000" w:themeColor="text1"/>
      <w:sz w:val="48"/>
      <w:szCs w:val="28"/>
      <w:lang w:val="en-GB"/>
    </w:rPr>
  </w:style>
  <w:style w:type="character" w:styleId="Heading2Char" w:customStyle="1">
    <w:name w:val="Heading 2 Char"/>
    <w:basedOn w:val="DefaultParagraphFont"/>
    <w:link w:val="Heading2"/>
    <w:uiPriority w:val="9"/>
    <w:rsid w:val="00FC7C09"/>
    <w:rPr>
      <w:rFonts w:asciiTheme="majorHAnsi" w:hAnsiTheme="majorHAnsi" w:eastAsiaTheme="majorEastAsia" w:cstheme="majorBidi"/>
      <w:b/>
      <w:bCs/>
      <w:color w:val="000000" w:themeColor="text1"/>
      <w:szCs w:val="26"/>
      <w:lang w:val="en-GB"/>
    </w:rPr>
  </w:style>
  <w:style w:type="character" w:styleId="Heading3Char" w:customStyle="1">
    <w:name w:val="Heading 3 Char"/>
    <w:basedOn w:val="DefaultParagraphFont"/>
    <w:link w:val="Heading3"/>
    <w:uiPriority w:val="9"/>
    <w:rsid w:val="00FC7C09"/>
    <w:rPr>
      <w:rFonts w:asciiTheme="majorHAnsi" w:hAnsiTheme="majorHAnsi" w:eastAsiaTheme="majorEastAsia" w:cstheme="majorBidi"/>
      <w:b/>
      <w:bCs/>
      <w:color w:val="000000" w:themeColor="text1"/>
      <w:lang w:val="en-GB"/>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4C02F0"/>
    <w:rPr>
      <w:color w:val="0000FF" w:themeColor="hyperlink"/>
      <w:u w:val="single"/>
    </w:rPr>
  </w:style>
  <w:style w:type="character" w:styleId="UnresolvedMention">
    <w:name w:val="Unresolved Mention"/>
    <w:basedOn w:val="DefaultParagraphFont"/>
    <w:uiPriority w:val="99"/>
    <w:semiHidden/>
    <w:unhideWhenUsed/>
    <w:rsid w:val="00D37BD9"/>
    <w:rPr>
      <w:color w:val="605E5C"/>
      <w:shd w:val="clear" w:color="auto" w:fill="E1DFDD"/>
    </w:rPr>
  </w:style>
  <w:style w:type="paragraph" w:styleId="Revision">
    <w:name w:val="Revision"/>
    <w:hidden/>
    <w:uiPriority w:val="99"/>
    <w:semiHidden/>
    <w:rsid w:val="002114BF"/>
    <w:pPr>
      <w:spacing w:after="0" w:line="240" w:lineRule="auto"/>
    </w:pPr>
  </w:style>
  <w:style w:type="character" w:styleId="CommentReference">
    <w:name w:val="annotation reference"/>
    <w:basedOn w:val="DefaultParagraphFont"/>
    <w:uiPriority w:val="99"/>
    <w:semiHidden/>
    <w:unhideWhenUsed/>
    <w:rsid w:val="00540E1D"/>
    <w:rPr>
      <w:sz w:val="16"/>
      <w:szCs w:val="16"/>
    </w:rPr>
  </w:style>
  <w:style w:type="paragraph" w:styleId="CommentText">
    <w:name w:val="annotation text"/>
    <w:basedOn w:val="Normal"/>
    <w:link w:val="CommentTextChar"/>
    <w:uiPriority w:val="99"/>
    <w:unhideWhenUsed/>
    <w:rsid w:val="00540E1D"/>
    <w:pPr>
      <w:spacing w:line="240" w:lineRule="auto"/>
    </w:pPr>
    <w:rPr>
      <w:sz w:val="20"/>
      <w:szCs w:val="20"/>
    </w:rPr>
  </w:style>
  <w:style w:type="character" w:styleId="CommentTextChar" w:customStyle="1">
    <w:name w:val="Comment Text Char"/>
    <w:basedOn w:val="DefaultParagraphFont"/>
    <w:link w:val="CommentText"/>
    <w:uiPriority w:val="99"/>
    <w:rsid w:val="00540E1D"/>
    <w:rPr>
      <w:sz w:val="20"/>
      <w:szCs w:val="20"/>
      <w:lang w:val="en-GB"/>
    </w:rPr>
  </w:style>
  <w:style w:type="paragraph" w:styleId="CommentSubject">
    <w:name w:val="annotation subject"/>
    <w:basedOn w:val="CommentText"/>
    <w:next w:val="CommentText"/>
    <w:link w:val="CommentSubjectChar"/>
    <w:uiPriority w:val="99"/>
    <w:semiHidden/>
    <w:unhideWhenUsed/>
    <w:rsid w:val="00540E1D"/>
    <w:rPr>
      <w:b/>
      <w:bCs/>
    </w:rPr>
  </w:style>
  <w:style w:type="character" w:styleId="CommentSubjectChar" w:customStyle="1">
    <w:name w:val="Comment Subject Char"/>
    <w:basedOn w:val="CommentTextChar"/>
    <w:link w:val="CommentSubject"/>
    <w:uiPriority w:val="99"/>
    <w:semiHidden/>
    <w:rsid w:val="00540E1D"/>
    <w:rPr>
      <w:b/>
      <w:bCs/>
      <w:sz w:val="20"/>
      <w:szCs w:val="20"/>
      <w:lang w:val="en-GB"/>
    </w:rPr>
  </w:style>
  <w:style w:type="character" w:styleId="FollowedHyperlink">
    <w:name w:val="FollowedHyperlink"/>
    <w:basedOn w:val="DefaultParagraphFont"/>
    <w:uiPriority w:val="99"/>
    <w:semiHidden/>
    <w:unhideWhenUsed/>
    <w:rsid w:val="005D486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554303">
      <w:bodyDiv w:val="1"/>
      <w:marLeft w:val="0"/>
      <w:marRight w:val="0"/>
      <w:marTop w:val="0"/>
      <w:marBottom w:val="0"/>
      <w:divBdr>
        <w:top w:val="none" w:sz="0" w:space="0" w:color="auto"/>
        <w:left w:val="none" w:sz="0" w:space="0" w:color="auto"/>
        <w:bottom w:val="none" w:sz="0" w:space="0" w:color="auto"/>
        <w:right w:val="none" w:sz="0" w:space="0" w:color="auto"/>
      </w:divBdr>
      <w:divsChild>
        <w:div w:id="1852716778">
          <w:marLeft w:val="0"/>
          <w:marRight w:val="0"/>
          <w:marTop w:val="0"/>
          <w:marBottom w:val="0"/>
          <w:divBdr>
            <w:top w:val="none" w:sz="0" w:space="0" w:color="auto"/>
            <w:left w:val="none" w:sz="0" w:space="0" w:color="auto"/>
            <w:bottom w:val="none" w:sz="0" w:space="0" w:color="auto"/>
            <w:right w:val="none" w:sz="0" w:space="0" w:color="auto"/>
          </w:divBdr>
          <w:divsChild>
            <w:div w:id="192344722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20259109">
      <w:bodyDiv w:val="1"/>
      <w:marLeft w:val="0"/>
      <w:marRight w:val="0"/>
      <w:marTop w:val="0"/>
      <w:marBottom w:val="0"/>
      <w:divBdr>
        <w:top w:val="none" w:sz="0" w:space="0" w:color="auto"/>
        <w:left w:val="none" w:sz="0" w:space="0" w:color="auto"/>
        <w:bottom w:val="none" w:sz="0" w:space="0" w:color="auto"/>
        <w:right w:val="none" w:sz="0" w:space="0" w:color="auto"/>
      </w:divBdr>
      <w:divsChild>
        <w:div w:id="1008290659">
          <w:marLeft w:val="0"/>
          <w:marRight w:val="0"/>
          <w:marTop w:val="0"/>
          <w:marBottom w:val="0"/>
          <w:divBdr>
            <w:top w:val="none" w:sz="0" w:space="0" w:color="auto"/>
            <w:left w:val="none" w:sz="0" w:space="0" w:color="auto"/>
            <w:bottom w:val="none" w:sz="0" w:space="0" w:color="auto"/>
            <w:right w:val="none" w:sz="0" w:space="0" w:color="auto"/>
          </w:divBdr>
          <w:divsChild>
            <w:div w:id="52667934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33846937">
      <w:bodyDiv w:val="1"/>
      <w:marLeft w:val="0"/>
      <w:marRight w:val="0"/>
      <w:marTop w:val="0"/>
      <w:marBottom w:val="0"/>
      <w:divBdr>
        <w:top w:val="none" w:sz="0" w:space="0" w:color="auto"/>
        <w:left w:val="none" w:sz="0" w:space="0" w:color="auto"/>
        <w:bottom w:val="none" w:sz="0" w:space="0" w:color="auto"/>
        <w:right w:val="none" w:sz="0" w:space="0" w:color="auto"/>
      </w:divBdr>
      <w:divsChild>
        <w:div w:id="1134518193">
          <w:marLeft w:val="0"/>
          <w:marRight w:val="0"/>
          <w:marTop w:val="75"/>
          <w:marBottom w:val="0"/>
          <w:divBdr>
            <w:top w:val="none" w:sz="0" w:space="0" w:color="auto"/>
            <w:left w:val="none" w:sz="0" w:space="0" w:color="auto"/>
            <w:bottom w:val="none" w:sz="0" w:space="0" w:color="auto"/>
            <w:right w:val="none" w:sz="0" w:space="0" w:color="auto"/>
          </w:divBdr>
        </w:div>
      </w:divsChild>
    </w:div>
    <w:div w:id="1056659105">
      <w:bodyDiv w:val="1"/>
      <w:marLeft w:val="0"/>
      <w:marRight w:val="0"/>
      <w:marTop w:val="0"/>
      <w:marBottom w:val="0"/>
      <w:divBdr>
        <w:top w:val="none" w:sz="0" w:space="0" w:color="auto"/>
        <w:left w:val="none" w:sz="0" w:space="0" w:color="auto"/>
        <w:bottom w:val="none" w:sz="0" w:space="0" w:color="auto"/>
        <w:right w:val="none" w:sz="0" w:space="0" w:color="auto"/>
      </w:divBdr>
      <w:divsChild>
        <w:div w:id="464659797">
          <w:marLeft w:val="0"/>
          <w:marRight w:val="0"/>
          <w:marTop w:val="0"/>
          <w:marBottom w:val="0"/>
          <w:divBdr>
            <w:top w:val="none" w:sz="0" w:space="0" w:color="auto"/>
            <w:left w:val="none" w:sz="0" w:space="0" w:color="auto"/>
            <w:bottom w:val="none" w:sz="0" w:space="0" w:color="auto"/>
            <w:right w:val="none" w:sz="0" w:space="0" w:color="auto"/>
          </w:divBdr>
        </w:div>
        <w:div w:id="861164721">
          <w:marLeft w:val="0"/>
          <w:marRight w:val="0"/>
          <w:marTop w:val="0"/>
          <w:marBottom w:val="0"/>
          <w:divBdr>
            <w:top w:val="none" w:sz="0" w:space="0" w:color="auto"/>
            <w:left w:val="none" w:sz="0" w:space="0" w:color="auto"/>
            <w:bottom w:val="none" w:sz="0" w:space="0" w:color="auto"/>
            <w:right w:val="none" w:sz="0" w:space="0" w:color="auto"/>
          </w:divBdr>
        </w:div>
      </w:divsChild>
    </w:div>
    <w:div w:id="1419254890">
      <w:bodyDiv w:val="1"/>
      <w:marLeft w:val="0"/>
      <w:marRight w:val="0"/>
      <w:marTop w:val="0"/>
      <w:marBottom w:val="0"/>
      <w:divBdr>
        <w:top w:val="none" w:sz="0" w:space="0" w:color="auto"/>
        <w:left w:val="none" w:sz="0" w:space="0" w:color="auto"/>
        <w:bottom w:val="none" w:sz="0" w:space="0" w:color="auto"/>
        <w:right w:val="none" w:sz="0" w:space="0" w:color="auto"/>
      </w:divBdr>
      <w:divsChild>
        <w:div w:id="1141846263">
          <w:marLeft w:val="0"/>
          <w:marRight w:val="0"/>
          <w:marTop w:val="75"/>
          <w:marBottom w:val="0"/>
          <w:divBdr>
            <w:top w:val="none" w:sz="0" w:space="0" w:color="auto"/>
            <w:left w:val="none" w:sz="0" w:space="0" w:color="auto"/>
            <w:bottom w:val="none" w:sz="0" w:space="0" w:color="auto"/>
            <w:right w:val="none" w:sz="0" w:space="0" w:color="auto"/>
          </w:divBdr>
        </w:div>
      </w:divsChild>
    </w:div>
    <w:div w:id="1499616973">
      <w:bodyDiv w:val="1"/>
      <w:marLeft w:val="0"/>
      <w:marRight w:val="0"/>
      <w:marTop w:val="0"/>
      <w:marBottom w:val="0"/>
      <w:divBdr>
        <w:top w:val="none" w:sz="0" w:space="0" w:color="auto"/>
        <w:left w:val="none" w:sz="0" w:space="0" w:color="auto"/>
        <w:bottom w:val="none" w:sz="0" w:space="0" w:color="auto"/>
        <w:right w:val="none" w:sz="0" w:space="0" w:color="auto"/>
      </w:divBdr>
      <w:divsChild>
        <w:div w:id="1840004334">
          <w:marLeft w:val="0"/>
          <w:marRight w:val="0"/>
          <w:marTop w:val="75"/>
          <w:marBottom w:val="0"/>
          <w:divBdr>
            <w:top w:val="none" w:sz="0" w:space="0" w:color="auto"/>
            <w:left w:val="none" w:sz="0" w:space="0" w:color="auto"/>
            <w:bottom w:val="none" w:sz="0" w:space="0" w:color="auto"/>
            <w:right w:val="none" w:sz="0" w:space="0" w:color="auto"/>
          </w:divBdr>
        </w:div>
      </w:divsChild>
    </w:div>
    <w:div w:id="2039311266">
      <w:bodyDiv w:val="1"/>
      <w:marLeft w:val="0"/>
      <w:marRight w:val="0"/>
      <w:marTop w:val="0"/>
      <w:marBottom w:val="0"/>
      <w:divBdr>
        <w:top w:val="none" w:sz="0" w:space="0" w:color="auto"/>
        <w:left w:val="none" w:sz="0" w:space="0" w:color="auto"/>
        <w:bottom w:val="none" w:sz="0" w:space="0" w:color="auto"/>
        <w:right w:val="none" w:sz="0" w:space="0" w:color="auto"/>
      </w:divBdr>
      <w:divsChild>
        <w:div w:id="2019772584">
          <w:marLeft w:val="0"/>
          <w:marRight w:val="0"/>
          <w:marTop w:val="0"/>
          <w:marBottom w:val="0"/>
          <w:divBdr>
            <w:top w:val="none" w:sz="0" w:space="0" w:color="auto"/>
            <w:left w:val="none" w:sz="0" w:space="0" w:color="auto"/>
            <w:bottom w:val="none" w:sz="0" w:space="0" w:color="auto"/>
            <w:right w:val="none" w:sz="0" w:space="0" w:color="auto"/>
          </w:divBdr>
        </w:div>
        <w:div w:id="2120250483">
          <w:marLeft w:val="0"/>
          <w:marRight w:val="0"/>
          <w:marTop w:val="0"/>
          <w:marBottom w:val="0"/>
          <w:divBdr>
            <w:top w:val="none" w:sz="0" w:space="0" w:color="auto"/>
            <w:left w:val="none" w:sz="0" w:space="0" w:color="auto"/>
            <w:bottom w:val="none" w:sz="0" w:space="0" w:color="auto"/>
            <w:right w:val="none" w:sz="0" w:space="0" w:color="auto"/>
          </w:divBdr>
        </w:div>
      </w:divsChild>
    </w:div>
    <w:div w:id="2060664185">
      <w:bodyDiv w:val="1"/>
      <w:marLeft w:val="0"/>
      <w:marRight w:val="0"/>
      <w:marTop w:val="0"/>
      <w:marBottom w:val="0"/>
      <w:divBdr>
        <w:top w:val="none" w:sz="0" w:space="0" w:color="auto"/>
        <w:left w:val="none" w:sz="0" w:space="0" w:color="auto"/>
        <w:bottom w:val="none" w:sz="0" w:space="0" w:color="auto"/>
        <w:right w:val="none" w:sz="0" w:space="0" w:color="auto"/>
      </w:divBdr>
      <w:divsChild>
        <w:div w:id="1952394560">
          <w:marLeft w:val="0"/>
          <w:marRight w:val="0"/>
          <w:marTop w:val="75"/>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rse.org.uk/fellowship/how-fellows-can-get-involved/activity-proposal-guidance/" TargetMode="External"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settings" Target="settings.xml" Id="rId7" /><Relationship Type="http://schemas.openxmlformats.org/officeDocument/2006/relationships/hyperlink" Target="https://crm.therse.org.uk/ssp/awards/forms/rse-activity-proposal-form"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https://rse.org.uk/about-us/our-policies-and-corporate-information/privacy-policy/"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programmes@therse.org.uk" TargetMode="External" Id="rId14" /><Relationship Type="http://schemas.openxmlformats.org/officeDocument/2006/relationships/footer" Target="footer3.xml" Id="rId22" /><Relationship Type="http://schemas.openxmlformats.org/officeDocument/2006/relationships/hyperlink" Target="https://rse.org.uk/fellowship/how-fellows-can-get-involved/activity-proposal-guidance/" TargetMode="External" Id="R3edda4309de241e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480B3EE91840046819B153DF18B01F8" ma:contentTypeVersion="17" ma:contentTypeDescription="Create a new document." ma:contentTypeScope="" ma:versionID="0a2c95428dcf128dea91f2c46ee2b330">
  <xsd:schema xmlns:xsd="http://www.w3.org/2001/XMLSchema" xmlns:xs="http://www.w3.org/2001/XMLSchema" xmlns:p="http://schemas.microsoft.com/office/2006/metadata/properties" xmlns:ns2="bb0b7231-e49b-4cb0-b748-5cea7ddc4c66" xmlns:ns3="c8cfee8d-b614-4a7c-80de-719b46157ba2" targetNamespace="http://schemas.microsoft.com/office/2006/metadata/properties" ma:root="true" ma:fieldsID="fcd20788372a9d39f1bc5e9bc49dda2b" ns2:_="" ns3:_="">
    <xsd:import namespace="bb0b7231-e49b-4cb0-b748-5cea7ddc4c66"/>
    <xsd:import namespace="c8cfee8d-b614-4a7c-80de-719b46157ba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0b7231-e49b-4cb0-b748-5cea7ddc4c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4df0da6-7067-43ec-80ce-55085a57f1b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fee8d-b614-4a7c-80de-719b46157ba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711b2b7-4209-4a74-bfd4-554650021dc5}" ma:internalName="TaxCatchAll" ma:showField="CatchAllData" ma:web="c8cfee8d-b614-4a7c-80de-719b46157ba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8cfee8d-b614-4a7c-80de-719b46157ba2" xsi:nil="true"/>
    <lcf76f155ced4ddcb4097134ff3c332f xmlns="bb0b7231-e49b-4cb0-b748-5cea7ddc4c66">
      <Terms xmlns="http://schemas.microsoft.com/office/infopath/2007/PartnerControls"/>
    </lcf76f155ced4ddcb4097134ff3c332f>
    <_Flow_SignoffStatus xmlns="bb0b7231-e49b-4cb0-b748-5cea7ddc4c66"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643F69B1-DA04-4FB1-9A91-AB3C97DA43A3}"/>
</file>

<file path=customXml/itemProps3.xml><?xml version="1.0" encoding="utf-8"?>
<ds:datastoreItem xmlns:ds="http://schemas.openxmlformats.org/officeDocument/2006/customXml" ds:itemID="{5B02629B-B79D-4F96-AAE6-82A95CA1663C}">
  <ds:schemaRefs>
    <ds:schemaRef ds:uri="http://schemas.microsoft.com/sharepoint/v3/contenttype/forms"/>
  </ds:schemaRefs>
</ds:datastoreItem>
</file>

<file path=customXml/itemProps4.xml><?xml version="1.0" encoding="utf-8"?>
<ds:datastoreItem xmlns:ds="http://schemas.openxmlformats.org/officeDocument/2006/customXml" ds:itemID="{5FB35395-F067-45BD-B600-98655309A63D}">
  <ds:schemaRefs>
    <ds:schemaRef ds:uri="http://schemas.microsoft.com/office/2006/metadata/properties"/>
    <ds:schemaRef ds:uri="http://schemas.microsoft.com/office/infopath/2007/PartnerControls"/>
    <ds:schemaRef ds:uri="c8cfee8d-b614-4a7c-80de-719b46157ba2"/>
    <ds:schemaRef ds:uri="5f0fb655-7aac-473d-a03b-3cc6e76cbe4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Mathilde Scott</lastModifiedBy>
  <revision>5</revision>
  <dcterms:created xsi:type="dcterms:W3CDTF">2026-06-24T13:28:00.0000000Z</dcterms:created>
  <dcterms:modified xsi:type="dcterms:W3CDTF">2026-07-13T08:38:34.8229304Z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0x0101009480B3EE91840046819B153DF18B01F8</vt:lpwstr>
  </property>
  <property fmtid="{D5CDD505-2E9C-101B-9397-08002B2CF9AE}" pid="3" name="MediaServiceImageTags">
    <vt:lpwstr/>
  </property>
  <property fmtid="{D5CDD505-2E9C-101B-9397-08002B2CF9AE}" pid="4" name="GrammarlyDocumentId">
    <vt:lpwstr>5b603509956ad1507e1c21b6654942e510f268da5001813f83912d1dee37a688</vt:lpwstr>
  </property>
</Properties>
</file>